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E88226" w14:textId="5A65B21C" w:rsidR="00B43671" w:rsidRPr="0070442B" w:rsidRDefault="00000000" w:rsidP="0070442B">
      <w:pPr>
        <w:spacing w:before="300" w:after="40" w:line="240" w:lineRule="auto"/>
        <w:ind w:firstLineChars="1600" w:firstLine="3840"/>
        <w:rPr>
          <w:rFonts w:ascii="ヒラギノ丸ゴ Pro W4" w:eastAsia="ヒラギノ丸ゴ Pro W4" w:hAnsi="ヒラギノ丸ゴ Pro W4"/>
          <w:sz w:val="24"/>
          <w:szCs w:val="24"/>
          <w:lang w:eastAsia="ja-JP"/>
        </w:rPr>
      </w:pPr>
      <w:r w:rsidRPr="0070442B">
        <w:rPr>
          <w:rFonts w:ascii="ヒラギノ丸ゴ Pro W4" w:eastAsia="ヒラギノ丸ゴ Pro W4" w:hAnsi="ヒラギノ丸ゴ Pro W4"/>
          <w:b/>
          <w:color w:val="2F75B5"/>
          <w:sz w:val="24"/>
          <w:szCs w:val="24"/>
          <w:lang w:eastAsia="ja-JP"/>
        </w:rPr>
        <w:t>なるほど！エージェント</w:t>
      </w:r>
    </w:p>
    <w:p w14:paraId="037FC57C" w14:textId="4E6B5FEC" w:rsidR="00B43671" w:rsidRPr="0070442B" w:rsidRDefault="00000000" w:rsidP="0070442B">
      <w:pPr>
        <w:spacing w:after="80" w:line="240" w:lineRule="auto"/>
        <w:jc w:val="center"/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b/>
          <w:color w:val="17365D"/>
          <w:sz w:val="60"/>
          <w:lang w:eastAsia="ja-JP"/>
        </w:rPr>
        <w:t>調べる学習</w:t>
      </w:r>
      <w:r w:rsidR="0070442B" w:rsidRPr="0070442B">
        <w:rPr>
          <w:rFonts w:ascii="ヒラギノ丸ゴ Pro W4" w:eastAsia="ヒラギノ丸ゴ Pro W4" w:hAnsi="ヒラギノ丸ゴ Pro W4"/>
          <w:b/>
          <w:color w:val="17365D"/>
          <w:sz w:val="60"/>
          <w:lang w:eastAsia="ja-JP"/>
        </w:rPr>
        <w:t>BOOK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288EFFC0" w14:textId="77777777">
        <w:trPr>
          <w:trHeight w:hRule="exact" w:val="510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</w:tcPr>
          <w:p w14:paraId="57C7D6F9" w14:textId="7D7E26C0" w:rsidR="00B43671" w:rsidRPr="0070442B" w:rsidRDefault="00000000" w:rsidP="009B2D33">
            <w:pPr>
              <w:spacing w:beforeLines="50" w:before="120" w:line="240" w:lineRule="auto"/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タイトル（題名）</w:t>
            </w:r>
          </w:p>
        </w:tc>
      </w:tr>
      <w:tr w:rsidR="00B43671" w:rsidRPr="0070442B" w14:paraId="50548453" w14:textId="77777777" w:rsidTr="0070442B">
        <w:trPr>
          <w:trHeight w:hRule="exact" w:val="865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</w:tcPr>
          <w:p w14:paraId="10F634CE" w14:textId="732FB4E4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5565348D" w14:textId="77777777" w:rsidR="00B43671" w:rsidRPr="0070442B" w:rsidRDefault="00B43671">
      <w:pPr>
        <w:spacing w:after="6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55"/>
      </w:tblGrid>
      <w:tr w:rsidR="00B43671" w:rsidRPr="0070442B" w14:paraId="10F0A115" w14:textId="77777777" w:rsidTr="0070442B">
        <w:trPr>
          <w:trHeight w:hRule="exact" w:val="9404"/>
          <w:jc w:val="center"/>
        </w:trPr>
        <w:tc>
          <w:tcPr>
            <w:tcW w:w="10055" w:type="dxa"/>
            <w:tcBorders>
              <w:top w:val="dashed" w:sz="10" w:space="0" w:color="DCEAF7"/>
              <w:left w:val="dashed" w:sz="10" w:space="0" w:color="DCEAF7"/>
              <w:bottom w:val="dashed" w:sz="10" w:space="0" w:color="DCEAF7"/>
              <w:right w:val="dashed" w:sz="10" w:space="0" w:color="DCEAF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DDB3E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表紙の絵・写真・タイトルロゴ ］</w:t>
            </w:r>
          </w:p>
        </w:tc>
      </w:tr>
    </w:tbl>
    <w:p w14:paraId="0979D9DE" w14:textId="77777777" w:rsidR="0070442B" w:rsidRDefault="0070442B">
      <w:pPr>
        <w:spacing w:after="80"/>
        <w:rPr>
          <w:rFonts w:ascii="ヒラギノ丸ゴ Pro W4" w:eastAsia="ヒラギノ丸ゴ Pro W4" w:hAnsi="ヒラギノ丸ゴ Pro W4"/>
          <w:lang w:eastAsia="ja-JP"/>
        </w:rPr>
      </w:pPr>
    </w:p>
    <w:p w14:paraId="37C59E68" w14:textId="77777777" w:rsidR="0070442B" w:rsidRPr="0070442B" w:rsidRDefault="0070442B">
      <w:pPr>
        <w:spacing w:after="8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B43671" w:rsidRPr="0070442B" w14:paraId="63E646D7" w14:textId="77777777">
        <w:trPr>
          <w:jc w:val="center"/>
        </w:trPr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shd w:val="clear" w:color="auto" w:fill="DCEA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831C92" w14:textId="77777777" w:rsidR="00B43671" w:rsidRPr="0070442B" w:rsidRDefault="00000000" w:rsidP="009B2D33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8"/>
              </w:rPr>
              <w:t>学校名</w:t>
            </w:r>
            <w:proofErr w:type="spellEnd"/>
          </w:p>
        </w:tc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EBF304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shd w:val="clear" w:color="auto" w:fill="DCEA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D6C275" w14:textId="77777777" w:rsidR="00B43671" w:rsidRPr="0070442B" w:rsidRDefault="00000000" w:rsidP="009B2D33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8"/>
              </w:rPr>
              <w:t>年・組</w:t>
            </w:r>
          </w:p>
        </w:tc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EEF2D2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E373B2E" w14:textId="77777777">
        <w:trPr>
          <w:jc w:val="center"/>
        </w:trPr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shd w:val="clear" w:color="auto" w:fill="DCEA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389D2B" w14:textId="77777777" w:rsidR="00B43671" w:rsidRPr="0070442B" w:rsidRDefault="00000000" w:rsidP="009B2D33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8"/>
              </w:rPr>
              <w:t>名前</w:t>
            </w:r>
            <w:proofErr w:type="spellEnd"/>
          </w:p>
        </w:tc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F24626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shd w:val="clear" w:color="auto" w:fill="DCEA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79FD3E" w14:textId="77777777" w:rsidR="00B43671" w:rsidRPr="0070442B" w:rsidRDefault="00000000" w:rsidP="009B2D33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8"/>
              </w:rPr>
              <w:t>提出日</w:t>
            </w:r>
          </w:p>
        </w:tc>
        <w:tc>
          <w:tcPr>
            <w:tcW w:w="2594" w:type="dxa"/>
            <w:tcBorders>
              <w:top w:val="single" w:sz="7" w:space="0" w:color="9FBAD0"/>
              <w:left w:val="single" w:sz="7" w:space="0" w:color="9FBAD0"/>
              <w:bottom w:val="single" w:sz="7" w:space="0" w:color="9FBAD0"/>
              <w:right w:val="single" w:sz="7" w:space="0" w:color="9FBAD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F4FA68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5FA2E31D" w14:textId="335AC5BD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116BFF41" w14:textId="77777777" w:rsidTr="0077518E">
        <w:trPr>
          <w:trHeight w:val="829"/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EFCA46" w14:textId="392E2B81" w:rsidR="00B43671" w:rsidRPr="0070442B" w:rsidRDefault="0077518E" w:rsidP="005E54B3">
            <w:pPr>
              <w:spacing w:beforeLines="100" w:before="240" w:line="24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Book Guide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82F80C6" w14:textId="77777777" w:rsidR="00B43671" w:rsidRPr="0070442B" w:rsidRDefault="00000000" w:rsidP="005E54B3">
            <w:pPr>
              <w:spacing w:beforeLines="100" w:before="240" w:after="240" w:line="24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もくじ</w:t>
            </w:r>
          </w:p>
        </w:tc>
      </w:tr>
    </w:tbl>
    <w:p w14:paraId="772C137D" w14:textId="6DEA6BF5" w:rsidR="00B43671" w:rsidRPr="0070442B" w:rsidRDefault="00000000" w:rsidP="007A4BB5">
      <w:pPr>
        <w:spacing w:before="160" w:after="160"/>
        <w:rPr>
          <w:rFonts w:ascii="ヒラギノ丸ゴ Pro W4" w:eastAsia="ヒラギノ丸ゴ Pro W4" w:hAnsi="ヒラギノ丸ゴ Pro W4"/>
          <w:sz w:val="36"/>
          <w:szCs w:val="36"/>
          <w:lang w:eastAsia="ja-JP"/>
        </w:rPr>
      </w:pPr>
      <w:r w:rsidRPr="0070442B">
        <w:rPr>
          <w:rFonts w:ascii="ヒラギノ丸ゴ Pro W4" w:eastAsia="ヒラギノ丸ゴ Pro W4" w:hAnsi="ヒラギノ丸ゴ Pro W4"/>
          <w:b/>
          <w:color w:val="17365D"/>
          <w:sz w:val="36"/>
          <w:szCs w:val="36"/>
          <w:lang w:eastAsia="ja-JP"/>
        </w:rPr>
        <w:t>この本のテーマ：</w:t>
      </w:r>
      <w:r w:rsidRPr="0070442B">
        <w:rPr>
          <w:rFonts w:ascii="ヒラギノ丸ゴ Pro W4" w:eastAsia="ヒラギノ丸ゴ Pro W4" w:hAnsi="ヒラギノ丸ゴ Pro W4"/>
          <w:color w:val="17365D"/>
          <w:sz w:val="36"/>
          <w:szCs w:val="36"/>
          <w:lang w:eastAsia="ja-JP"/>
        </w:rPr>
        <w:t xml:space="preserve">　　　　　　　　　　　　　　　　　　　　　　　　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7088"/>
        <w:gridCol w:w="2154"/>
      </w:tblGrid>
      <w:tr w:rsidR="00B43671" w:rsidRPr="0070442B" w14:paraId="28C21B78" w14:textId="77777777" w:rsidTr="007A4BB5">
        <w:trPr>
          <w:trHeight w:val="503"/>
          <w:jc w:val="center"/>
        </w:trPr>
        <w:tc>
          <w:tcPr>
            <w:tcW w:w="1135" w:type="dxa"/>
            <w:tcBorders>
              <w:top w:val="single" w:sz="7" w:space="0" w:color="2F75B5"/>
              <w:left w:val="single" w:sz="7" w:space="0" w:color="2F75B5"/>
              <w:bottom w:val="single" w:sz="7" w:space="0" w:color="2F75B5"/>
              <w:right w:val="single" w:sz="7" w:space="0" w:color="2F75B5"/>
            </w:tcBorders>
            <w:shd w:val="clear" w:color="auto" w:fill="DCEAF7"/>
          </w:tcPr>
          <w:p w14:paraId="70F4890F" w14:textId="77777777" w:rsidR="00B43671" w:rsidRPr="0070442B" w:rsidRDefault="00000000" w:rsidP="000B0522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sz w:val="24"/>
                <w:szCs w:val="24"/>
              </w:rPr>
              <w:t>順番</w:t>
            </w:r>
            <w:proofErr w:type="spellEnd"/>
          </w:p>
        </w:tc>
        <w:tc>
          <w:tcPr>
            <w:tcW w:w="7088" w:type="dxa"/>
            <w:tcBorders>
              <w:top w:val="single" w:sz="7" w:space="0" w:color="2F75B5"/>
              <w:left w:val="single" w:sz="7" w:space="0" w:color="2F75B5"/>
              <w:bottom w:val="single" w:sz="7" w:space="0" w:color="2F75B5"/>
              <w:right w:val="single" w:sz="7" w:space="0" w:color="2F75B5"/>
            </w:tcBorders>
            <w:shd w:val="clear" w:color="auto" w:fill="DCEAF7"/>
          </w:tcPr>
          <w:p w14:paraId="703AFECE" w14:textId="77777777" w:rsidR="00B43671" w:rsidRPr="0070442B" w:rsidRDefault="00000000" w:rsidP="000B0522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内容</w:t>
            </w:r>
            <w:proofErr w:type="spellEnd"/>
          </w:p>
        </w:tc>
        <w:tc>
          <w:tcPr>
            <w:tcW w:w="2154" w:type="dxa"/>
            <w:tcBorders>
              <w:top w:val="single" w:sz="7" w:space="0" w:color="2F75B5"/>
              <w:left w:val="single" w:sz="7" w:space="0" w:color="2F75B5"/>
              <w:bottom w:val="single" w:sz="7" w:space="0" w:color="2F75B5"/>
              <w:right w:val="single" w:sz="7" w:space="0" w:color="2F75B5"/>
            </w:tcBorders>
            <w:shd w:val="clear" w:color="auto" w:fill="DCEAF7"/>
          </w:tcPr>
          <w:p w14:paraId="224E1681" w14:textId="77777777" w:rsidR="00B43671" w:rsidRPr="0070442B" w:rsidRDefault="00000000" w:rsidP="000B0522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ページ</w:t>
            </w:r>
            <w:proofErr w:type="spellEnd"/>
          </w:p>
        </w:tc>
      </w:tr>
      <w:tr w:rsidR="00B43671" w:rsidRPr="0070442B" w14:paraId="62D5BAC8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9A4A4CF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C536759" w14:textId="7777777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はじめに - テーマを選んだ理由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6B0AC7B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3</w:t>
            </w:r>
          </w:p>
        </w:tc>
      </w:tr>
      <w:tr w:rsidR="00B43671" w:rsidRPr="0070442B" w14:paraId="58FE4C20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C6B6B2A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FFB024C" w14:textId="7777777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調べたいこと・予想</w:t>
            </w:r>
            <w:proofErr w:type="spellEnd"/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B9407DB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4</w:t>
            </w:r>
          </w:p>
        </w:tc>
      </w:tr>
      <w:tr w:rsidR="00B43671" w:rsidRPr="0070442B" w14:paraId="21B5BAFB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EBB5339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3748540" w14:textId="4AD6162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調べ方と計画</w:t>
            </w:r>
            <w:proofErr w:type="spellEnd"/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828D666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5</w:t>
            </w:r>
          </w:p>
        </w:tc>
      </w:tr>
      <w:tr w:rsidR="00B43671" w:rsidRPr="0070442B" w14:paraId="40835BF1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3D3044D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158E4FF" w14:textId="74DDDD90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第</w:t>
            </w:r>
            <w:r w:rsidR="00E75AE2" w:rsidRPr="0070442B">
              <w:rPr>
                <w:rFonts w:ascii="ヒラギノ丸ゴ Pro W4" w:eastAsia="ヒラギノ丸ゴ Pro W4" w:hAnsi="ヒラギノ丸ゴ Pro W4" w:hint="eastAsia"/>
                <w:color w:val="17365D"/>
                <w:sz w:val="24"/>
                <w:szCs w:val="24"/>
                <w:lang w:eastAsia="ja-JP"/>
              </w:rPr>
              <w:t>１</w:t>
            </w: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章　まず、基本を知る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A56017A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6</w:t>
            </w:r>
          </w:p>
        </w:tc>
      </w:tr>
      <w:tr w:rsidR="00B43671" w:rsidRPr="0070442B" w14:paraId="5A2D36BE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A6B165A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9454074" w14:textId="02A53375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第</w:t>
            </w:r>
            <w:r w:rsidR="00E75AE2" w:rsidRPr="0070442B">
              <w:rPr>
                <w:rFonts w:ascii="ヒラギノ丸ゴ Pro W4" w:eastAsia="ヒラギノ丸ゴ Pro W4" w:hAnsi="ヒラギノ丸ゴ Pro W4" w:hint="eastAsia"/>
                <w:color w:val="17365D"/>
                <w:sz w:val="24"/>
                <w:szCs w:val="24"/>
                <w:lang w:eastAsia="ja-JP"/>
              </w:rPr>
              <w:t>２</w:t>
            </w: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章　わかったことを深める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0C6801B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7</w:t>
            </w:r>
          </w:p>
        </w:tc>
      </w:tr>
      <w:tr w:rsidR="00B43671" w:rsidRPr="0070442B" w14:paraId="4DD0B980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399F3F0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430061F" w14:textId="6E4995F8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第</w:t>
            </w:r>
            <w:r w:rsidR="00E75AE2" w:rsidRPr="0070442B">
              <w:rPr>
                <w:rFonts w:ascii="ヒラギノ丸ゴ Pro W4" w:eastAsia="ヒラギノ丸ゴ Pro W4" w:hAnsi="ヒラギノ丸ゴ Pro W4" w:hint="eastAsia"/>
                <w:color w:val="17365D"/>
                <w:sz w:val="24"/>
                <w:szCs w:val="24"/>
                <w:lang w:eastAsia="ja-JP"/>
              </w:rPr>
              <w:t>３</w:t>
            </w: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 xml:space="preserve">章　</w:t>
            </w:r>
            <w:proofErr w:type="spellStart"/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比べてみる</w:t>
            </w:r>
            <w:proofErr w:type="spellEnd"/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1679520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9</w:t>
            </w:r>
          </w:p>
        </w:tc>
      </w:tr>
      <w:tr w:rsidR="00B43671" w:rsidRPr="0070442B" w14:paraId="5F4EAC16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B694B46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179AC38" w14:textId="66A97875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第</w:t>
            </w:r>
            <w:r w:rsidR="00E75AE2" w:rsidRPr="0070442B">
              <w:rPr>
                <w:rFonts w:ascii="ヒラギノ丸ゴ Pro W4" w:eastAsia="ヒラギノ丸ゴ Pro W4" w:hAnsi="ヒラギノ丸ゴ Pro W4" w:hint="eastAsia"/>
                <w:color w:val="17365D"/>
                <w:sz w:val="24"/>
                <w:szCs w:val="24"/>
                <w:lang w:eastAsia="ja-JP"/>
              </w:rPr>
              <w:t>４</w:t>
            </w: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章　確かめる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3D0E0D8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10</w:t>
            </w:r>
          </w:p>
        </w:tc>
      </w:tr>
      <w:tr w:rsidR="00B43671" w:rsidRPr="0070442B" w14:paraId="7E04899B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82CBE3A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78AA90A" w14:textId="4B61D21C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第</w:t>
            </w:r>
            <w:r w:rsidR="00E75AE2" w:rsidRPr="0070442B">
              <w:rPr>
                <w:rFonts w:ascii="ヒラギノ丸ゴ Pro W4" w:eastAsia="ヒラギノ丸ゴ Pro W4" w:hAnsi="ヒラギノ丸ゴ Pro W4" w:hint="eastAsia"/>
                <w:color w:val="17365D"/>
                <w:sz w:val="24"/>
                <w:szCs w:val="24"/>
                <w:lang w:eastAsia="ja-JP"/>
              </w:rPr>
              <w:t>５</w:t>
            </w: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 xml:space="preserve">章　</w:t>
            </w:r>
            <w:proofErr w:type="spellStart"/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人に聞く</w:t>
            </w:r>
            <w:proofErr w:type="spellEnd"/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D83A2AD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11</w:t>
            </w:r>
          </w:p>
        </w:tc>
      </w:tr>
      <w:tr w:rsidR="00B43671" w:rsidRPr="0070442B" w14:paraId="533F30BC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F1FF972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8B140BC" w14:textId="77438953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第</w:t>
            </w:r>
            <w:r w:rsidR="00E75AE2" w:rsidRPr="0070442B">
              <w:rPr>
                <w:rFonts w:ascii="ヒラギノ丸ゴ Pro W4" w:eastAsia="ヒラギノ丸ゴ Pro W4" w:hAnsi="ヒラギノ丸ゴ Pro W4" w:hint="eastAsia"/>
                <w:color w:val="17365D"/>
                <w:sz w:val="24"/>
                <w:szCs w:val="24"/>
                <w:lang w:eastAsia="ja-JP"/>
              </w:rPr>
              <w:t>６</w:t>
            </w: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章　データで表す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30D6096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12</w:t>
            </w:r>
          </w:p>
        </w:tc>
      </w:tr>
      <w:tr w:rsidR="00B43671" w:rsidRPr="0070442B" w14:paraId="73F3D961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A3D78C2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34E89DC" w14:textId="7777777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わかったことを整理する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70B9F87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13</w:t>
            </w:r>
          </w:p>
        </w:tc>
      </w:tr>
      <w:tr w:rsidR="00B43671" w:rsidRPr="0070442B" w14:paraId="08172F89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CE7482F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FC92D21" w14:textId="7777777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</w:rPr>
              <w:t>私の答え・結論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3D54725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14</w:t>
            </w:r>
          </w:p>
        </w:tc>
      </w:tr>
      <w:tr w:rsidR="00B43671" w:rsidRPr="0070442B" w14:paraId="3A6A27BC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C874D1E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DA67A7F" w14:textId="7777777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まとめ・感想・次の問い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6B64B0E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15</w:t>
            </w:r>
          </w:p>
        </w:tc>
      </w:tr>
      <w:tr w:rsidR="00B43671" w:rsidRPr="0070442B" w14:paraId="71CB0200" w14:textId="77777777" w:rsidTr="007A4BB5">
        <w:trPr>
          <w:jc w:val="center"/>
        </w:trPr>
        <w:tc>
          <w:tcPr>
            <w:tcW w:w="1135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583345C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57C77D3" w14:textId="77777777" w:rsidR="00B43671" w:rsidRPr="0070442B" w:rsidRDefault="00000000" w:rsidP="007A4BB5">
            <w:pPr>
              <w:spacing w:beforeLines="50" w:before="120" w:line="240" w:lineRule="auto"/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24"/>
                <w:szCs w:val="24"/>
                <w:lang w:eastAsia="ja-JP"/>
              </w:rPr>
              <w:t>参考にしたもの・作者紹介</w:t>
            </w:r>
          </w:p>
        </w:tc>
        <w:tc>
          <w:tcPr>
            <w:tcW w:w="2154" w:type="dxa"/>
            <w:tcBorders>
              <w:left w:val="single" w:sz="5" w:space="0" w:color="D9E4EE"/>
              <w:bottom w:val="dotted" w:sz="5" w:space="0" w:color="AAB7C4"/>
              <w:right w:val="single" w:sz="5" w:space="0" w:color="D9E4EE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30DC1A6" w14:textId="77777777" w:rsidR="00B43671" w:rsidRPr="0070442B" w:rsidRDefault="00000000" w:rsidP="007A4BB5">
            <w:pPr>
              <w:spacing w:beforeLines="50" w:before="120"/>
              <w:jc w:val="center"/>
              <w:rPr>
                <w:rFonts w:ascii="ヒラギノ丸ゴ Pro W4" w:eastAsia="ヒラギノ丸ゴ Pro W4" w:hAnsi="ヒラギノ丸ゴ Pro W4"/>
                <w:sz w:val="24"/>
                <w:szCs w:val="2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24"/>
                <w:szCs w:val="24"/>
              </w:rPr>
              <w:t>16</w:t>
            </w:r>
          </w:p>
        </w:tc>
      </w:tr>
    </w:tbl>
    <w:p w14:paraId="1418AE37" w14:textId="77777777" w:rsidR="00B43671" w:rsidRPr="0070442B" w:rsidRDefault="00B43671">
      <w:pPr>
        <w:spacing w:after="4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6383D511" w14:textId="77777777">
        <w:trPr>
          <w:jc w:val="center"/>
        </w:trPr>
        <w:tc>
          <w:tcPr>
            <w:tcW w:w="10376" w:type="dxa"/>
            <w:tcBorders>
              <w:top w:val="single" w:sz="6" w:space="0" w:color="9DC3E6"/>
              <w:left w:val="single" w:sz="6" w:space="0" w:color="9DC3E6"/>
              <w:bottom w:val="single" w:sz="6" w:space="0" w:color="9DC3E6"/>
              <w:right w:val="single" w:sz="6" w:space="0" w:color="9DC3E6"/>
            </w:tcBorders>
            <w:shd w:val="clear" w:color="auto" w:fill="EAF4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E04355" w14:textId="0C45BAB1" w:rsidR="00B43671" w:rsidRPr="0070442B" w:rsidRDefault="00000000">
            <w:pPr>
              <w:rPr>
                <w:rFonts w:ascii="ヒラギノ丸ゴ Pro W4" w:eastAsia="ヒラギノ丸ゴ Pro W4" w:hAnsi="ヒラギノ丸ゴ Pro W4"/>
                <w:color w:val="EE17DC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EE17DC"/>
                <w:sz w:val="18"/>
                <w:lang w:eastAsia="ja-JP"/>
              </w:rPr>
              <w:t xml:space="preserve">書き方のヒント　</w:t>
            </w:r>
            <w:r w:rsidR="0070442B" w:rsidRPr="0070442B">
              <w:rPr>
                <w:rFonts w:ascii="ヒラギノ丸ゴ Pro W4" w:eastAsia="ヒラギノ丸ゴ Pro W4" w:hAnsi="ヒラギノ丸ゴ Pro W4" w:hint="eastAsia"/>
                <w:color w:val="EE17DC"/>
                <w:sz w:val="18"/>
                <w:lang w:eastAsia="ja-JP"/>
              </w:rPr>
              <w:t>たくさん使うページは</w:t>
            </w:r>
            <w:proofErr w:type="gramStart"/>
            <w:r w:rsidR="0070442B" w:rsidRPr="0070442B">
              <w:rPr>
                <w:rFonts w:ascii="ヒラギノ丸ゴ Pro W4" w:eastAsia="ヒラギノ丸ゴ Pro W4" w:hAnsi="ヒラギノ丸ゴ Pro W4" w:hint="eastAsia"/>
                <w:color w:val="EE17DC"/>
                <w:sz w:val="18"/>
                <w:lang w:eastAsia="ja-JP"/>
              </w:rPr>
              <w:t>増やしたり</w:t>
            </w:r>
            <w:proofErr w:type="gramEnd"/>
            <w:r w:rsidR="0070442B" w:rsidRPr="0070442B">
              <w:rPr>
                <w:rFonts w:ascii="ヒラギノ丸ゴ Pro W4" w:eastAsia="ヒラギノ丸ゴ Pro W4" w:hAnsi="ヒラギノ丸ゴ Pro W4" w:hint="eastAsia"/>
                <w:color w:val="EE17DC"/>
                <w:sz w:val="18"/>
                <w:lang w:eastAsia="ja-JP"/>
              </w:rPr>
              <w:t>、使</w:t>
            </w:r>
            <w:r w:rsidRPr="0070442B">
              <w:rPr>
                <w:rFonts w:ascii="ヒラギノ丸ゴ Pro W4" w:eastAsia="ヒラギノ丸ゴ Pro W4" w:hAnsi="ヒラギノ丸ゴ Pro W4"/>
                <w:color w:val="EE17DC"/>
                <w:sz w:val="18"/>
                <w:lang w:eastAsia="ja-JP"/>
              </w:rPr>
              <w:t>わないページは抜いて</w:t>
            </w:r>
            <w:r w:rsidR="0070442B" w:rsidRPr="0070442B">
              <w:rPr>
                <w:rFonts w:ascii="ヒラギノ丸ゴ Pro W4" w:eastAsia="ヒラギノ丸ゴ Pro W4" w:hAnsi="ヒラギノ丸ゴ Pro W4" w:hint="eastAsia"/>
                <w:color w:val="EE17DC"/>
                <w:sz w:val="18"/>
                <w:lang w:eastAsia="ja-JP"/>
              </w:rPr>
              <w:t>も</w:t>
            </w:r>
            <w:r w:rsidRPr="0070442B">
              <w:rPr>
                <w:rFonts w:ascii="ヒラギノ丸ゴ Pro W4" w:eastAsia="ヒラギノ丸ゴ Pro W4" w:hAnsi="ヒラギノ丸ゴ Pro W4"/>
                <w:color w:val="EE17DC"/>
                <w:sz w:val="18"/>
                <w:lang w:eastAsia="ja-JP"/>
              </w:rPr>
              <w:t>OKです。</w:t>
            </w:r>
          </w:p>
        </w:tc>
      </w:tr>
    </w:tbl>
    <w:p w14:paraId="5391C810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2B0D8D7C" w14:textId="77777777" w:rsidR="00B43671" w:rsidRPr="0070442B" w:rsidRDefault="00000000">
      <w:pPr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lang w:eastAsia="ja-JP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07C7CC67" w14:textId="77777777" w:rsidTr="0077518E">
        <w:trPr>
          <w:trHeight w:val="326"/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F9A184" w14:textId="031D12EA" w:rsidR="00B43671" w:rsidRPr="0070442B" w:rsidRDefault="0077518E" w:rsidP="005E54B3">
            <w:pPr>
              <w:spacing w:beforeLines="100" w:before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lastRenderedPageBreak/>
              <w:t>Introduction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0B62C22" w14:textId="7FF45FA7" w:rsidR="00B43671" w:rsidRPr="0070442B" w:rsidRDefault="00000000" w:rsidP="005E54B3">
            <w:pPr>
              <w:spacing w:before="240"/>
              <w:jc w:val="center"/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テーマを選んだ理由</w:t>
            </w:r>
          </w:p>
        </w:tc>
      </w:tr>
    </w:tbl>
    <w:p w14:paraId="16F939CD" w14:textId="77777777" w:rsidR="00B43671" w:rsidRPr="0070442B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70442B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読者に「なぜこの研究を始めたのか」が伝わるページです。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7E1CDF1B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22B31A8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4"/>
                <w:szCs w:val="24"/>
              </w:rPr>
              <w:t>調べるテーマ</w:t>
            </w:r>
            <w:proofErr w:type="spellEnd"/>
          </w:p>
        </w:tc>
      </w:tr>
      <w:tr w:rsidR="00B43671" w:rsidRPr="0070442B" w14:paraId="2E887583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4A8105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564CEC33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410DF2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600E39FD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7CD9B539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CD39A78" w14:textId="119A53BE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4"/>
                <w:szCs w:val="24"/>
                <w:lang w:eastAsia="ja-JP"/>
              </w:rPr>
              <w:t>きっかけになった出来事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いつ・どこで・何を見て、気になった</w:t>
            </w:r>
            <w:r w:rsidR="0070442B">
              <w:rPr>
                <w:rFonts w:ascii="ヒラギノ丸ゴ Pro W4" w:eastAsia="ヒラギノ丸ゴ Pro W4" w:hAnsi="ヒラギノ丸ゴ Pro W4" w:hint="eastAsia"/>
                <w:color w:val="FFFFFF"/>
                <w:sz w:val="16"/>
                <w:lang w:eastAsia="ja-JP"/>
              </w:rPr>
              <w:t>か</w:t>
            </w:r>
          </w:p>
        </w:tc>
      </w:tr>
      <w:tr w:rsidR="00B43671" w:rsidRPr="0070442B" w14:paraId="6F0992AB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70A3E6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5E57C48B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D4C975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1BB23ED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81BE8B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54C47884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35DE91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FCBDDAB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0503347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7B03CFC5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10376" w:type="dxa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1F4AF967" w14:textId="77777777" w:rsidTr="0070442B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4F81BD"/>
              <w:left w:val="single" w:sz="10" w:space="0" w:color="4F81BD"/>
              <w:bottom w:val="single" w:sz="10" w:space="0" w:color="4F81BD"/>
              <w:right w:val="single" w:sz="10" w:space="0" w:color="4F81BD"/>
            </w:tcBorders>
            <w:shd w:val="clear" w:color="auto" w:fill="4F81B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46B2EC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4"/>
                <w:szCs w:val="24"/>
                <w:lang w:eastAsia="ja-JP"/>
              </w:rPr>
              <w:t>このテーマを選んだ理由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自分とのつながりや、知りたいと思った理由</w:t>
            </w:r>
          </w:p>
        </w:tc>
      </w:tr>
      <w:tr w:rsidR="00B43671" w:rsidRPr="0070442B" w14:paraId="574DB986" w14:textId="77777777" w:rsidTr="0070442B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A4EACF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CE4240D" w14:textId="77777777" w:rsidTr="0070442B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BD31BF3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A9030B8" w14:textId="77777777" w:rsidTr="0070442B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747DA57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6F71D95" w14:textId="77777777" w:rsidTr="0070442B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8A9D90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C88E914" w14:textId="77777777" w:rsidTr="0070442B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136C0A3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2B62A97D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23A9FDC5" w14:textId="77777777">
        <w:trPr>
          <w:jc w:val="center"/>
        </w:trPr>
        <w:tc>
          <w:tcPr>
            <w:tcW w:w="10376" w:type="dxa"/>
            <w:tcBorders>
              <w:top w:val="single" w:sz="6" w:space="0" w:color="9DC3E6"/>
              <w:left w:val="single" w:sz="6" w:space="0" w:color="9DC3E6"/>
              <w:bottom w:val="single" w:sz="6" w:space="0" w:color="9DC3E6"/>
              <w:right w:val="single" w:sz="6" w:space="0" w:color="9DC3E6"/>
            </w:tcBorders>
            <w:shd w:val="clear" w:color="auto" w:fill="EAF4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0CF89B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EE17DC"/>
                <w:sz w:val="18"/>
                <w:lang w:eastAsia="ja-JP"/>
              </w:rPr>
              <w:t xml:space="preserve">書き方のヒント　</w:t>
            </w:r>
            <w:r w:rsidRPr="0070442B">
              <w:rPr>
                <w:rFonts w:ascii="ヒラギノ丸ゴ Pro W4" w:eastAsia="ヒラギノ丸ゴ Pro W4" w:hAnsi="ヒラギノ丸ゴ Pro W4"/>
                <w:color w:val="EE17DC"/>
                <w:sz w:val="18"/>
                <w:lang w:eastAsia="ja-JP"/>
              </w:rPr>
              <w:t>「ある日〜」「わたしは〜を見て、ふしぎに思いました」のように、物語の始まりのように書くと本らしくなります。</w:t>
            </w:r>
          </w:p>
        </w:tc>
      </w:tr>
    </w:tbl>
    <w:p w14:paraId="4B792F88" w14:textId="77777777" w:rsidR="00B43671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43C7CD63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3AA45895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35864557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6A1F32EB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46E69360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10FB7B5D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2D0D5C71" w14:textId="77777777" w:rsid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41535DEA" w14:textId="77777777" w:rsidR="0070442B" w:rsidRPr="0070442B" w:rsidRDefault="0070442B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4609684D" w14:textId="77777777" w:rsidR="0077518E" w:rsidRPr="0070442B" w:rsidRDefault="0077518E" w:rsidP="0077518E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10376" w:type="dxa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77518E" w:rsidRPr="0070442B" w14:paraId="565D1266" w14:textId="77777777" w:rsidTr="0077518E">
        <w:trPr>
          <w:trHeight w:val="893"/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1F3284A" w14:textId="083950EC" w:rsidR="0077518E" w:rsidRPr="0070442B" w:rsidRDefault="0077518E" w:rsidP="005E54B3">
            <w:pPr>
              <w:spacing w:beforeLines="100" w:before="240" w:line="24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Question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85D8251" w14:textId="1B10ADFD" w:rsidR="0077518E" w:rsidRPr="0070442B" w:rsidRDefault="0077518E" w:rsidP="005E54B3">
            <w:pPr>
              <w:spacing w:beforeLines="100" w:before="240" w:line="24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17365D"/>
                <w:sz w:val="36"/>
                <w:szCs w:val="36"/>
                <w:lang w:eastAsia="ja-JP"/>
              </w:rPr>
              <w:t>調べたいこと</w:t>
            </w:r>
          </w:p>
        </w:tc>
      </w:tr>
    </w:tbl>
    <w:p w14:paraId="05B19FD6" w14:textId="77777777" w:rsidR="00B43671" w:rsidRPr="0070442B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70442B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研究の中心になる「問い」を、はっきり一文にします。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5CC88E7F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4F81BD"/>
              <w:left w:val="single" w:sz="10" w:space="0" w:color="4F81BD"/>
              <w:bottom w:val="single" w:sz="10" w:space="0" w:color="4F81BD"/>
              <w:right w:val="single" w:sz="10" w:space="0" w:color="4F81BD"/>
            </w:tcBorders>
            <w:shd w:val="clear" w:color="auto" w:fill="4F81B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A4D9137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sz w:val="24"/>
                <w:szCs w:val="2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4"/>
                <w:szCs w:val="24"/>
                <w:lang w:eastAsia="ja-JP"/>
              </w:rPr>
              <w:t>いちばん調べたいこと（中心の問い）　どうして？／どちらが？／どのように？</w:t>
            </w:r>
          </w:p>
        </w:tc>
      </w:tr>
      <w:tr w:rsidR="00B43671" w:rsidRPr="0070442B" w14:paraId="0E0A3D07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50F7BB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52B8DA0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9D400B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2AEB0C5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4F81BD"/>
              <w:bottom w:val="single" w:sz="8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2E4E84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62C06761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5CB85A52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4AF11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74144984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780F0A8A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proofErr w:type="spellStart"/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4"/>
                      <w:szCs w:val="32"/>
                    </w:rPr>
                    <w:t>今、知っていること</w:t>
                  </w:r>
                  <w:proofErr w:type="spellEnd"/>
                </w:p>
              </w:tc>
            </w:tr>
            <w:tr w:rsidR="00B43671" w:rsidRPr="0070442B" w14:paraId="64397A6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95530AF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6A165A38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C1A5AB4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0E0349F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690045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C91CAE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F391971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1AB2728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023063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4AE16DC1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3C597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6E4D0C6E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3741B1C1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4"/>
                      <w:szCs w:val="32"/>
                    </w:rPr>
                    <w:t>もっと知りたいこと</w:t>
                  </w:r>
                </w:p>
              </w:tc>
            </w:tr>
            <w:tr w:rsidR="00B43671" w:rsidRPr="0070442B" w14:paraId="4574960A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CE2D791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15FE2CB1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4ACD89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0C17AC0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305443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2AD8379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32E860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6076A2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3DAA56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55814EC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276DEBCF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6B5294EB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5B9BD5"/>
              <w:left w:val="single" w:sz="10" w:space="0" w:color="5B9BD5"/>
              <w:bottom w:val="single" w:sz="10" w:space="0" w:color="5B9BD5"/>
              <w:right w:val="single" w:sz="10" w:space="0" w:color="5B9BD5"/>
            </w:tcBorders>
            <w:shd w:val="clear" w:color="auto" w:fill="5B9BD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EFC2CE1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4"/>
                <w:szCs w:val="24"/>
                <w:lang w:eastAsia="ja-JP"/>
              </w:rPr>
              <w:t>調べる前の予想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「わたしは〜だと思います。</w:t>
            </w:r>
            <w:proofErr w:type="spellStart"/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</w:rPr>
              <w:t>なぜなら</w:t>
            </w:r>
            <w:proofErr w:type="spellEnd"/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</w:rPr>
              <w:t>〜」</w:t>
            </w:r>
          </w:p>
        </w:tc>
      </w:tr>
      <w:tr w:rsidR="00B43671" w:rsidRPr="0070442B" w14:paraId="488C835D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A27EBC3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5BC2E2B0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198535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55C0AAD6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E7F53D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0C6EA6B1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single" w:sz="8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B66A90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0BFD9C89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p w14:paraId="6FCBA6D5" w14:textId="77777777" w:rsidR="00B43671" w:rsidRPr="0070442B" w:rsidRDefault="00000000">
      <w:pPr>
        <w:rPr>
          <w:rFonts w:ascii="ヒラギノ丸ゴ Pro W4" w:eastAsia="ヒラギノ丸ゴ Pro W4" w:hAnsi="ヒラギノ丸ゴ Pro W4"/>
        </w:rPr>
      </w:pPr>
      <w:r w:rsidRPr="0070442B">
        <w:rPr>
          <w:rFonts w:ascii="ヒラギノ丸ゴ Pro W4" w:eastAsia="ヒラギノ丸ゴ Pro W4" w:hAnsi="ヒラギノ丸ゴ Pro W4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4DB41144" w14:textId="77777777" w:rsidTr="0077518E">
        <w:trPr>
          <w:trHeight w:val="751"/>
          <w:jc w:val="center"/>
        </w:trPr>
        <w:tc>
          <w:tcPr>
            <w:tcW w:w="5188" w:type="dxa"/>
            <w:tcBorders>
              <w:top w:val="single" w:sz="12" w:space="0" w:color="2E75B6"/>
              <w:left w:val="single" w:sz="12" w:space="0" w:color="2E75B6"/>
              <w:bottom w:val="single" w:sz="12" w:space="0" w:color="2E75B6"/>
              <w:right w:val="single" w:sz="12" w:space="0" w:color="2E75B6"/>
            </w:tcBorders>
            <w:shd w:val="clear" w:color="auto" w:fill="2E75B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CC22A6" w14:textId="3DF05D3D" w:rsidR="00B43671" w:rsidRPr="0070442B" w:rsidRDefault="0077518E" w:rsidP="005E54B3">
            <w:pPr>
              <w:spacing w:beforeLines="100" w:before="240" w:line="36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  <w:lang w:eastAsia="ja-JP"/>
              </w:rPr>
              <w:lastRenderedPageBreak/>
              <w:t>PLAN</w:t>
            </w:r>
          </w:p>
        </w:tc>
        <w:tc>
          <w:tcPr>
            <w:tcW w:w="5188" w:type="dxa"/>
            <w:tcBorders>
              <w:bottom w:val="single" w:sz="18" w:space="0" w:color="2E75B6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C5A4274" w14:textId="2F177D10" w:rsidR="00B43671" w:rsidRPr="0070442B" w:rsidRDefault="00000000" w:rsidP="005E54B3">
            <w:pPr>
              <w:spacing w:beforeLines="100" w:before="240" w:line="36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調べ方と計画</w:t>
            </w:r>
            <w:proofErr w:type="spellEnd"/>
          </w:p>
        </w:tc>
      </w:tr>
    </w:tbl>
    <w:p w14:paraId="10072F3A" w14:textId="77777777" w:rsidR="00B43671" w:rsidRPr="0070442B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70442B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一つの方法だけでなく、いくつかの方法を組み合わせると研究が深まります。</w:t>
      </w:r>
    </w:p>
    <w:p w14:paraId="7EAB8F85" w14:textId="77777777" w:rsidR="00B43671" w:rsidRPr="0070442B" w:rsidRDefault="00000000">
      <w:pPr>
        <w:spacing w:after="80" w:line="240" w:lineRule="auto"/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b/>
          <w:color w:val="17365D"/>
          <w:sz w:val="22"/>
          <w:lang w:eastAsia="ja-JP"/>
        </w:rPr>
        <w:t>使う調べ方にチェックしよう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B43671" w:rsidRPr="0070442B" w14:paraId="27F77213" w14:textId="77777777">
        <w:trPr>
          <w:jc w:val="center"/>
        </w:trPr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ADDE26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proofErr w:type="gramStart"/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 xml:space="preserve">□  </w:t>
            </w:r>
            <w:proofErr w:type="spellStart"/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本</w:t>
            </w:r>
            <w:proofErr w:type="gramEnd"/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・図鑑</w:t>
            </w:r>
            <w:proofErr w:type="spellEnd"/>
          </w:p>
        </w:tc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73022CF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新聞・雑誌</w:t>
            </w:r>
          </w:p>
        </w:tc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B43237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ウェブサイト</w:t>
            </w:r>
          </w:p>
        </w:tc>
      </w:tr>
      <w:tr w:rsidR="00B43671" w:rsidRPr="0070442B" w14:paraId="3FD6A2FB" w14:textId="77777777">
        <w:trPr>
          <w:jc w:val="center"/>
        </w:trPr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E013C0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見学・観察</w:t>
            </w:r>
          </w:p>
        </w:tc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628636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実験・体験</w:t>
            </w:r>
          </w:p>
        </w:tc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C3C12D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インタビュー</w:t>
            </w:r>
          </w:p>
        </w:tc>
      </w:tr>
      <w:tr w:rsidR="00B43671" w:rsidRPr="0070442B" w14:paraId="14D81C4C" w14:textId="77777777">
        <w:trPr>
          <w:jc w:val="center"/>
        </w:trPr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37438A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アンケート</w:t>
            </w:r>
          </w:p>
        </w:tc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26BC21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写真・動画</w:t>
            </w:r>
          </w:p>
        </w:tc>
        <w:tc>
          <w:tcPr>
            <w:tcW w:w="3459" w:type="dxa"/>
            <w:tcBorders>
              <w:top w:val="single" w:sz="7" w:space="0" w:color="2E75B6"/>
              <w:left w:val="single" w:sz="7" w:space="0" w:color="2E75B6"/>
              <w:bottom w:val="single" w:sz="7" w:space="0" w:color="2E75B6"/>
              <w:right w:val="single" w:sz="7" w:space="0" w:color="2E75B6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0C2444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color w:val="17365D"/>
                <w:sz w:val="18"/>
              </w:rPr>
              <w:t>□  地図・統計</w:t>
            </w:r>
          </w:p>
        </w:tc>
      </w:tr>
    </w:tbl>
    <w:p w14:paraId="41C2500C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63E2063B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E75B6"/>
              <w:left w:val="single" w:sz="10" w:space="0" w:color="2E75B6"/>
              <w:bottom w:val="single" w:sz="10" w:space="0" w:color="2E75B6"/>
              <w:right w:val="single" w:sz="10" w:space="0" w:color="2E75B6"/>
            </w:tcBorders>
            <w:shd w:val="clear" w:color="auto" w:fill="2E75B6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685BE4A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調べる順番・スケジュール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いつ／何をする／必要なもの</w:t>
            </w:r>
          </w:p>
        </w:tc>
      </w:tr>
      <w:tr w:rsidR="00B43671" w:rsidRPr="0070442B" w14:paraId="715C787E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115EE1B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DC15030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3876F3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3853A2E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C2E33C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E658E29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915A4F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F412058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90BA837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00F77FD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2E75B6"/>
              <w:bottom w:val="single" w:sz="8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082AC0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1C7B1C20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2D8F56A3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5B9BD5"/>
              <w:left w:val="single" w:sz="10" w:space="0" w:color="5B9BD5"/>
              <w:bottom w:val="single" w:sz="10" w:space="0" w:color="5B9BD5"/>
              <w:right w:val="single" w:sz="10" w:space="0" w:color="5B9BD5"/>
            </w:tcBorders>
            <w:shd w:val="clear" w:color="auto" w:fill="5B9BD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9F2AACD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気をつけること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安全・著作権・個人情報・引用のルール</w:t>
            </w:r>
          </w:p>
        </w:tc>
      </w:tr>
      <w:tr w:rsidR="00B43671" w:rsidRPr="0070442B" w14:paraId="3ED3A24C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EFB6EB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CBE6872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806177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86688ED" w14:textId="77777777">
        <w:trPr>
          <w:trHeight w:hRule="exact" w:val="567"/>
          <w:jc w:val="center"/>
        </w:trPr>
        <w:tc>
          <w:tcPr>
            <w:tcW w:w="10376" w:type="dxa"/>
            <w:tcBorders>
              <w:left w:val="single" w:sz="8" w:space="0" w:color="5B9BD5"/>
              <w:bottom w:val="single" w:sz="8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FB9DD2B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609F9874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0D8412AF" w14:textId="77777777">
        <w:trPr>
          <w:jc w:val="center"/>
        </w:trPr>
        <w:tc>
          <w:tcPr>
            <w:tcW w:w="10376" w:type="dxa"/>
            <w:tcBorders>
              <w:top w:val="single" w:sz="6" w:space="0" w:color="9DC3E6"/>
              <w:left w:val="single" w:sz="6" w:space="0" w:color="9DC3E6"/>
              <w:bottom w:val="single" w:sz="6" w:space="0" w:color="9DC3E6"/>
              <w:right w:val="single" w:sz="6" w:space="0" w:color="9DC3E6"/>
            </w:tcBorders>
            <w:shd w:val="clear" w:color="auto" w:fill="EAF4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A8885C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color w:val="EE17DC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EE17DC"/>
                <w:sz w:val="18"/>
                <w:lang w:eastAsia="ja-JP"/>
              </w:rPr>
              <w:t xml:space="preserve">書き方のヒント　</w:t>
            </w:r>
            <w:r w:rsidRPr="0070442B">
              <w:rPr>
                <w:rFonts w:ascii="ヒラギノ丸ゴ Pro W4" w:eastAsia="ヒラギノ丸ゴ Pro W4" w:hAnsi="ヒラギノ丸ゴ Pro W4"/>
                <w:color w:val="EE17DC"/>
                <w:sz w:val="18"/>
                <w:lang w:eastAsia="ja-JP"/>
              </w:rPr>
              <w:t>本やサイトで調べたことと、自分で見つけたことを分けてメモしておきましょう。</w:t>
            </w:r>
          </w:p>
        </w:tc>
      </w:tr>
    </w:tbl>
    <w:p w14:paraId="1ECD6E36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7549CFFB" w14:textId="77777777" w:rsidR="00B43671" w:rsidRPr="0070442B" w:rsidRDefault="00000000">
      <w:pPr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lang w:eastAsia="ja-JP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1DB3E115" w14:textId="77777777">
        <w:trPr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BCBEEE" w14:textId="7369FEE8" w:rsidR="00B43671" w:rsidRPr="0070442B" w:rsidRDefault="000D77F0" w:rsidP="00052F27">
            <w:pPr>
              <w:spacing w:beforeLines="100" w:before="240" w:line="36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lastRenderedPageBreak/>
              <w:t>１</w:t>
            </w:r>
            <w:r w:rsidR="00D54423"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2F575C6" w14:textId="5215D583" w:rsidR="00B43671" w:rsidRPr="0070442B" w:rsidRDefault="00000000" w:rsidP="00052F27">
            <w:pPr>
              <w:spacing w:beforeLines="100" w:before="240" w:line="36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まず、基本</w:t>
            </w:r>
            <w:proofErr w:type="spellEnd"/>
          </w:p>
        </w:tc>
      </w:tr>
    </w:tbl>
    <w:p w14:paraId="18CEA64B" w14:textId="2851FD4D" w:rsidR="00B43671" w:rsidRPr="0070442B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70442B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最初に、</w:t>
      </w:r>
      <w:r w:rsidR="00D54423">
        <w:rPr>
          <w:rFonts w:ascii="ヒラギノ丸ゴ Pro W4" w:eastAsia="ヒラギノ丸ゴ Pro W4" w:hAnsi="ヒラギノ丸ゴ Pro W4" w:hint="eastAsia"/>
          <w:color w:val="EE17DC"/>
          <w:sz w:val="18"/>
          <w:lang w:eastAsia="ja-JP"/>
        </w:rPr>
        <w:t>タイトルの意味や読者に必要な</w:t>
      </w:r>
      <w:r w:rsidRPr="0070442B">
        <w:rPr>
          <w:rFonts w:ascii="ヒラギノ丸ゴ Pro W4" w:eastAsia="ヒラギノ丸ゴ Pro W4" w:hAnsi="ヒラギノ丸ゴ Pro W4" w:hint="eastAsia"/>
          <w:color w:val="EE17DC"/>
          <w:sz w:val="18"/>
          <w:lang w:eastAsia="ja-JP"/>
        </w:rPr>
        <w:t>基</w:t>
      </w:r>
      <w:r w:rsidRPr="0070442B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礎知識を説明します。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68DB27C0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ACE568C" w14:textId="4B3C3B32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 w:hint="eastAsia"/>
                <w:b/>
                <w:color w:val="FFFFFF"/>
                <w:sz w:val="22"/>
                <w:lang w:eastAsia="ja-JP"/>
              </w:rPr>
              <w:t>わ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か</w:t>
            </w:r>
            <w:r w:rsidR="0077518E">
              <w:rPr>
                <w:rFonts w:ascii="ヒラギノ丸ゴ Pro W4" w:eastAsia="ヒラギノ丸ゴ Pro W4" w:hAnsi="ヒラギノ丸ゴ Pro W4" w:hint="eastAsia"/>
                <w:b/>
                <w:color w:val="FFFFFF"/>
                <w:sz w:val="22"/>
                <w:lang w:eastAsia="ja-JP"/>
              </w:rPr>
              <w:t>っていること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こと</w:t>
            </w:r>
          </w:p>
        </w:tc>
      </w:tr>
      <w:tr w:rsidR="00B43671" w:rsidRPr="0070442B" w14:paraId="647B9DB1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A90EA5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E20FE86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55D7A1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72D1296D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10376" w:type="dxa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7762C27A" w14:textId="77777777" w:rsidTr="00C0754F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D2F3721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基本情報・言葉の意味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だれが読んでも分かるように、自分の言葉で</w:t>
            </w:r>
          </w:p>
        </w:tc>
      </w:tr>
      <w:tr w:rsidR="00B43671" w:rsidRPr="0070442B" w14:paraId="7F652FAA" w14:textId="77777777" w:rsidTr="00C0754F">
        <w:trPr>
          <w:trHeight w:hRule="exact" w:val="52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2CBCC3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A07225F" w14:textId="77777777" w:rsidTr="00C0754F">
        <w:trPr>
          <w:trHeight w:hRule="exact" w:val="52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7E291F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F7529FD" w14:textId="77777777" w:rsidTr="00C0754F">
        <w:trPr>
          <w:trHeight w:hRule="exact" w:val="52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EBE8EB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1977F6D" w14:textId="77777777" w:rsidTr="00C0754F">
        <w:trPr>
          <w:trHeight w:hRule="exact" w:val="52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CD8BB5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0B58366" w14:textId="77777777" w:rsidTr="00C0754F">
        <w:trPr>
          <w:trHeight w:hRule="exact" w:val="457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C00407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1CF8C394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  <w:gridCol w:w="20"/>
      </w:tblGrid>
      <w:tr w:rsidR="00B43671" w:rsidRPr="0077518E" w14:paraId="0B91F01E" w14:textId="77777777" w:rsidTr="0077518E">
        <w:trPr>
          <w:trHeight w:hRule="exact" w:val="6993"/>
          <w:jc w:val="center"/>
        </w:trPr>
        <w:tc>
          <w:tcPr>
            <w:tcW w:w="10376" w:type="dxa"/>
            <w:gridSpan w:val="2"/>
            <w:tcBorders>
              <w:top w:val="dashed" w:sz="10" w:space="0" w:color="2F75B5"/>
              <w:left w:val="dashed" w:sz="10" w:space="0" w:color="2F75B5"/>
              <w:bottom w:val="dashed" w:sz="10" w:space="0" w:color="2F75B5"/>
              <w:right w:val="dashed" w:sz="10" w:space="0" w:color="2F75B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73CD26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図・地図・年表・写真と、その説明文 ］</w:t>
            </w:r>
          </w:p>
        </w:tc>
      </w:tr>
      <w:tr w:rsidR="00B43671" w:rsidRPr="0070442B" w14:paraId="61A5AD62" w14:textId="77777777">
        <w:trPr>
          <w:gridAfter w:val="1"/>
          <w:wAfter w:w="20" w:type="dxa"/>
          <w:jc w:val="center"/>
        </w:trPr>
        <w:tc>
          <w:tcPr>
            <w:tcW w:w="10376" w:type="dxa"/>
            <w:tcBorders>
              <w:top w:val="single" w:sz="6" w:space="0" w:color="9DC3E6"/>
              <w:left w:val="single" w:sz="6" w:space="0" w:color="9DC3E6"/>
              <w:bottom w:val="single" w:sz="6" w:space="0" w:color="9DC3E6"/>
              <w:right w:val="single" w:sz="6" w:space="0" w:color="9DC3E6"/>
            </w:tcBorders>
            <w:shd w:val="clear" w:color="auto" w:fill="EAF4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B5630C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7518E">
              <w:rPr>
                <w:rFonts w:ascii="ヒラギノ丸ゴ Pro W4" w:eastAsia="ヒラギノ丸ゴ Pro W4" w:hAnsi="ヒラギノ丸ゴ Pro W4"/>
                <w:b/>
                <w:color w:val="EE17DC"/>
                <w:sz w:val="18"/>
                <w:lang w:eastAsia="ja-JP"/>
              </w:rPr>
              <w:t xml:space="preserve">書き方のヒント　</w:t>
            </w:r>
            <w:r w:rsidRPr="0077518E">
              <w:rPr>
                <w:rFonts w:ascii="ヒラギノ丸ゴ Pro W4" w:eastAsia="ヒラギノ丸ゴ Pro W4" w:hAnsi="ヒラギノ丸ゴ Pro W4"/>
                <w:color w:val="EE17DC"/>
                <w:sz w:val="18"/>
                <w:lang w:eastAsia="ja-JP"/>
              </w:rPr>
              <w:t>文章をそのまま写さず、「つまり、〜ということです」と自分の言葉で説明します。</w:t>
            </w:r>
          </w:p>
        </w:tc>
      </w:tr>
    </w:tbl>
    <w:p w14:paraId="4CEC3B49" w14:textId="029616EA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3620367F" w14:textId="77777777" w:rsidTr="000D77F0">
        <w:trPr>
          <w:trHeight w:val="729"/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AB323E" w14:textId="643F94E8" w:rsidR="00B43671" w:rsidRPr="0070442B" w:rsidRDefault="000D77F0" w:rsidP="000D77F0">
            <w:pPr>
              <w:spacing w:beforeLines="100" w:before="240" w:afterLines="100" w:after="240" w:line="24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lastRenderedPageBreak/>
              <w:t>２</w:t>
            </w:r>
            <w:r w:rsidR="00D54423"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BB33C61" w14:textId="77777777" w:rsidR="00B43671" w:rsidRPr="0070442B" w:rsidRDefault="00000000" w:rsidP="000D77F0">
            <w:pPr>
              <w:spacing w:beforeLines="100" w:before="240" w:afterLines="100" w:after="240" w:line="240" w:lineRule="auto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わかったこと</w:t>
            </w:r>
            <w:proofErr w:type="spellEnd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①</w:t>
            </w:r>
          </w:p>
        </w:tc>
      </w:tr>
    </w:tbl>
    <w:p w14:paraId="0CD77723" w14:textId="77777777" w:rsidR="00B43671" w:rsidRPr="0077518E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77518E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調べて見つけた大事なことを、一つの小見出しごとにまとめます。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0D94CB11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1023AC1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小見出し（このページで伝えたいこと）</w:t>
            </w:r>
          </w:p>
        </w:tc>
      </w:tr>
      <w:tr w:rsidR="00B43671" w:rsidRPr="0070442B" w14:paraId="2EDE1A42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03F138F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E2B156E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9A2307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55E21DFD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054201A7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A54481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わかったこと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事実・数字・理由など</w:t>
            </w:r>
          </w:p>
        </w:tc>
      </w:tr>
      <w:tr w:rsidR="00B43671" w:rsidRPr="0070442B" w14:paraId="2AD3450C" w14:textId="77777777">
        <w:trPr>
          <w:trHeight w:hRule="exact" w:val="54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0460FA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F50430C" w14:textId="77777777">
        <w:trPr>
          <w:trHeight w:hRule="exact" w:val="54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60CACD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F726B9C" w14:textId="77777777">
        <w:trPr>
          <w:trHeight w:hRule="exact" w:val="54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528F60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E34F235" w14:textId="77777777">
        <w:trPr>
          <w:trHeight w:hRule="exact" w:val="54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3974B6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1D72419" w14:textId="77777777">
        <w:trPr>
          <w:trHeight w:hRule="exact" w:val="54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03CA6C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1AFAE59" w14:textId="77777777">
        <w:trPr>
          <w:trHeight w:hRule="exact" w:val="548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590739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4BC036D1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10396" w:type="dxa"/>
        <w:jc w:val="center"/>
        <w:tblLayout w:type="fixed"/>
        <w:tblLook w:val="04A0" w:firstRow="1" w:lastRow="0" w:firstColumn="1" w:lastColumn="0" w:noHBand="0" w:noVBand="1"/>
      </w:tblPr>
      <w:tblGrid>
        <w:gridCol w:w="10376"/>
        <w:gridCol w:w="20"/>
      </w:tblGrid>
      <w:tr w:rsidR="00B43671" w:rsidRPr="00D54423" w14:paraId="3451ED87" w14:textId="77777777" w:rsidTr="00C0754F">
        <w:trPr>
          <w:trHeight w:hRule="exact" w:val="4748"/>
          <w:jc w:val="center"/>
        </w:trPr>
        <w:tc>
          <w:tcPr>
            <w:tcW w:w="10396" w:type="dxa"/>
            <w:gridSpan w:val="2"/>
            <w:tcBorders>
              <w:top w:val="dashed" w:sz="10" w:space="0" w:color="2F75B5"/>
              <w:left w:val="dashed" w:sz="10" w:space="0" w:color="2F75B5"/>
              <w:bottom w:val="dashed" w:sz="10" w:space="0" w:color="2F75B5"/>
              <w:right w:val="dashed" w:sz="10" w:space="0" w:color="2F75B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3C965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写真・絵・資料／出典も小さく書く ］</w:t>
            </w:r>
          </w:p>
        </w:tc>
      </w:tr>
      <w:tr w:rsidR="00B43671" w:rsidRPr="0070442B" w14:paraId="3E60B7D9" w14:textId="77777777" w:rsidTr="00C0754F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top w:val="single" w:sz="10" w:space="0" w:color="4F81BD"/>
              <w:left w:val="single" w:sz="10" w:space="0" w:color="4F81BD"/>
              <w:bottom w:val="single" w:sz="10" w:space="0" w:color="4F81BD"/>
              <w:right w:val="single" w:sz="10" w:space="0" w:color="4F81BD"/>
            </w:tcBorders>
            <w:shd w:val="clear" w:color="auto" w:fill="4F81B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612129C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わたしが考えたこと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調べた事実から、どう思った？</w:t>
            </w:r>
          </w:p>
        </w:tc>
      </w:tr>
      <w:tr w:rsidR="00B43671" w:rsidRPr="0070442B" w14:paraId="2124A736" w14:textId="77777777" w:rsidTr="00C0754F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F79DD1F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617454A" w14:textId="77777777" w:rsidTr="00C0754F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62F77E5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6AD3144B" w14:textId="7E4A9F59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0B0C69CF" w14:textId="77777777">
        <w:trPr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BE7B88" w14:textId="71C7C086" w:rsidR="00B43671" w:rsidRPr="0070442B" w:rsidRDefault="000D77F0" w:rsidP="000D77F0">
            <w:pPr>
              <w:spacing w:beforeLines="100" w:before="240" w:afterLines="50" w:after="12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lastRenderedPageBreak/>
              <w:t>２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C95D4AB" w14:textId="77777777" w:rsidR="00B43671" w:rsidRPr="0070442B" w:rsidRDefault="00000000" w:rsidP="000D77F0">
            <w:pPr>
              <w:spacing w:beforeLines="100" w:before="240" w:afterLines="50" w:after="120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わかったこと②</w:t>
            </w:r>
          </w:p>
        </w:tc>
      </w:tr>
    </w:tbl>
    <w:p w14:paraId="7643DAD3" w14:textId="77777777" w:rsidR="00B43671" w:rsidRPr="005243A6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5243A6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必要なら、このページをコピーして「③」「④」と増やせます。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32659ADD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42ECC70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</w:rPr>
              <w:t>小見出し</w:t>
            </w:r>
            <w:proofErr w:type="spellEnd"/>
          </w:p>
        </w:tc>
      </w:tr>
      <w:tr w:rsidR="00B43671" w:rsidRPr="0070442B" w14:paraId="442CEBEA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EF2D045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E5F9825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A634BC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545C7E69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  <w:gridCol w:w="101"/>
      </w:tblGrid>
      <w:tr w:rsidR="00B43671" w:rsidRPr="0070442B" w14:paraId="3A0FC774" w14:textId="77777777" w:rsidTr="00D54423">
        <w:trPr>
          <w:trHeight w:hRule="exact" w:val="5435"/>
          <w:jc w:val="center"/>
        </w:trPr>
        <w:tc>
          <w:tcPr>
            <w:tcW w:w="10477" w:type="dxa"/>
            <w:gridSpan w:val="3"/>
            <w:tcBorders>
              <w:top w:val="dashed" w:sz="10" w:space="0" w:color="2F75B5"/>
              <w:left w:val="dashed" w:sz="10" w:space="0" w:color="2F75B5"/>
              <w:bottom w:val="dashed" w:sz="10" w:space="0" w:color="2F75B5"/>
              <w:right w:val="dashed" w:sz="10" w:space="0" w:color="2F75B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A5A1B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大きな写真・図・イラスト ］</w:t>
            </w:r>
          </w:p>
        </w:tc>
      </w:tr>
      <w:tr w:rsidR="00B43671" w:rsidRPr="0070442B" w14:paraId="735B76A0" w14:textId="77777777" w:rsidTr="00D54423">
        <w:trPr>
          <w:gridAfter w:val="1"/>
          <w:wAfter w:w="101" w:type="dxa"/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637A8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133D2D1A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2560F253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写真・図から分かること</w:t>
                  </w:r>
                </w:p>
              </w:tc>
            </w:tr>
            <w:tr w:rsidR="00B43671" w:rsidRPr="0070442B" w14:paraId="3F78D75D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CF7F4D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62298D1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9EADCE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768C6DD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F1793C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3F5511B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45EAE65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2506758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D9555B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03D83F7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06CC1D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1F5AB3E0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11D123E5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proofErr w:type="spellStart"/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大切な言葉・数字</w:t>
                  </w:r>
                  <w:proofErr w:type="spellEnd"/>
                </w:p>
              </w:tc>
            </w:tr>
            <w:tr w:rsidR="00B43671" w:rsidRPr="0070442B" w14:paraId="7F992081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5B36E3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C74B3D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080E8EE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2925F5FA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42561CF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112FD24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05A3F01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CCDD969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2A270CA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601A7DDD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16E2D52F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3AC7EB4A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71925B2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このページの一番大事なこと</w:t>
            </w:r>
          </w:p>
        </w:tc>
      </w:tr>
      <w:tr w:rsidR="00B43671" w:rsidRPr="0070442B" w14:paraId="15F9B1FC" w14:textId="77777777">
        <w:trPr>
          <w:trHeight w:hRule="exact" w:val="491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29A569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26124DF" w14:textId="77777777">
        <w:trPr>
          <w:trHeight w:hRule="exact" w:val="491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72DC81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641AAAA" w14:textId="77777777">
        <w:trPr>
          <w:trHeight w:hRule="exact" w:val="491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3D039AF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440E952C" w14:textId="79AADD05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07C9285D" w14:textId="77777777">
        <w:trPr>
          <w:jc w:val="center"/>
        </w:trPr>
        <w:tc>
          <w:tcPr>
            <w:tcW w:w="5188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shd w:val="clear" w:color="auto" w:fill="4F81B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7DA421" w14:textId="573EEFBF" w:rsidR="00B43671" w:rsidRPr="0070442B" w:rsidRDefault="000D77F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t>３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4F81BD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50E7C73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比べてみる</w:t>
            </w:r>
          </w:p>
        </w:tc>
      </w:tr>
    </w:tbl>
    <w:p w14:paraId="4B1E306E" w14:textId="77777777" w:rsidR="00B43671" w:rsidRPr="005243A6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5243A6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二つ以上のものを同じ観点で比べると、違いや共通点が見えてきます。</w:t>
      </w:r>
    </w:p>
    <w:p w14:paraId="6034D216" w14:textId="77777777" w:rsidR="00B43671" w:rsidRPr="0070442B" w:rsidRDefault="00000000">
      <w:pPr>
        <w:spacing w:after="80" w:line="240" w:lineRule="auto"/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b/>
          <w:color w:val="17365D"/>
          <w:sz w:val="20"/>
          <w:lang w:eastAsia="ja-JP"/>
        </w:rPr>
        <w:t>比べるもの：</w:t>
      </w:r>
      <w:r w:rsidRPr="0070442B">
        <w:rPr>
          <w:rFonts w:ascii="ヒラギノ丸ゴ Pro W4" w:eastAsia="ヒラギノ丸ゴ Pro W4" w:hAnsi="ヒラギノ丸ゴ Pro W4"/>
          <w:color w:val="17365D"/>
          <w:sz w:val="20"/>
          <w:lang w:eastAsia="ja-JP"/>
        </w:rPr>
        <w:t xml:space="preserve">　　　　　　　　　　　　と　　　　　　　　　　　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B43671" w:rsidRPr="0070442B" w14:paraId="7E293E93" w14:textId="77777777">
        <w:trPr>
          <w:jc w:val="center"/>
        </w:trPr>
        <w:tc>
          <w:tcPr>
            <w:tcW w:w="3459" w:type="dxa"/>
            <w:tcBorders>
              <w:top w:val="single" w:sz="7" w:space="0" w:color="2F75B5"/>
              <w:left w:val="single" w:sz="7" w:space="0" w:color="2F75B5"/>
              <w:bottom w:val="single" w:sz="7" w:space="0" w:color="2F75B5"/>
              <w:right w:val="single" w:sz="7" w:space="0" w:color="2F75B5"/>
            </w:tcBorders>
            <w:shd w:val="clear" w:color="auto" w:fill="DCEA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6C85EF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8"/>
              </w:rPr>
              <w:t>比べるポイント</w:t>
            </w:r>
            <w:proofErr w:type="spellEnd"/>
          </w:p>
        </w:tc>
        <w:tc>
          <w:tcPr>
            <w:tcW w:w="3459" w:type="dxa"/>
            <w:tcBorders>
              <w:top w:val="single" w:sz="7" w:space="0" w:color="2F75B5"/>
              <w:left w:val="single" w:sz="7" w:space="0" w:color="2F75B5"/>
              <w:bottom w:val="single" w:sz="7" w:space="0" w:color="2F75B5"/>
              <w:right w:val="single" w:sz="7" w:space="0" w:color="2F75B5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F5B09E7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sz w:val="16"/>
              </w:rPr>
              <w:t>くらべるもの①</w:t>
            </w:r>
          </w:p>
        </w:tc>
        <w:tc>
          <w:tcPr>
            <w:tcW w:w="3459" w:type="dxa"/>
            <w:tcBorders>
              <w:top w:val="single" w:sz="7" w:space="0" w:color="2F75B5"/>
              <w:left w:val="single" w:sz="7" w:space="0" w:color="2F75B5"/>
              <w:bottom w:val="single" w:sz="7" w:space="0" w:color="2F75B5"/>
              <w:right w:val="single" w:sz="7" w:space="0" w:color="2F75B5"/>
            </w:tcBorders>
            <w:shd w:val="clear" w:color="auto" w:fill="EAF2F8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97A1DC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sz w:val="16"/>
              </w:rPr>
              <w:t>くらべるもの②</w:t>
            </w:r>
          </w:p>
        </w:tc>
      </w:tr>
      <w:tr w:rsidR="00B43671" w:rsidRPr="0070442B" w14:paraId="28E85932" w14:textId="77777777">
        <w:trPr>
          <w:jc w:val="center"/>
        </w:trPr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F527C73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6"/>
              </w:rPr>
              <w:t>形・見た目</w:t>
            </w: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7D0298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8D9719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0E5D09B" w14:textId="77777777">
        <w:trPr>
          <w:jc w:val="center"/>
        </w:trPr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4B29FBD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6"/>
              </w:rPr>
              <w:t>しくみ・方法</w:t>
            </w: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3A707EE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9E7E916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C0B6102" w14:textId="77777777">
        <w:trPr>
          <w:jc w:val="center"/>
        </w:trPr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B807517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6"/>
              </w:rPr>
              <w:t>よいところ</w:t>
            </w: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18E8B1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8A3B95F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4B12AD1" w14:textId="77777777">
        <w:trPr>
          <w:jc w:val="center"/>
        </w:trPr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B9547FD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6"/>
              </w:rPr>
              <w:t>困るところ</w:t>
            </w: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8F7B2F1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1988EF5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31E28399" w14:textId="77777777">
        <w:trPr>
          <w:jc w:val="center"/>
        </w:trPr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BC45749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6"/>
              </w:rPr>
              <w:t>数字・量</w:t>
            </w: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65570A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6D05890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E8E058E" w14:textId="77777777">
        <w:trPr>
          <w:jc w:val="center"/>
        </w:trPr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9DF6503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6"/>
              </w:rPr>
              <w:t>そのほか</w:t>
            </w: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331B86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3459" w:type="dxa"/>
            <w:tcBorders>
              <w:top w:val="single" w:sz="5" w:space="0" w:color="BFC9D4"/>
              <w:left w:val="single" w:sz="5" w:space="0" w:color="BFC9D4"/>
              <w:bottom w:val="single" w:sz="5" w:space="0" w:color="BFC9D4"/>
              <w:right w:val="single" w:sz="5" w:space="0" w:color="BFC9D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5B3D20D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4977E157" w14:textId="77777777" w:rsidR="00B43671" w:rsidRPr="0070442B" w:rsidRDefault="00B43671">
      <w:pPr>
        <w:spacing w:after="4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77AEF8D8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0CAEC2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76C9B17F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5C990E62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同じところ</w:t>
                  </w:r>
                </w:p>
              </w:tc>
            </w:tr>
            <w:tr w:rsidR="00B43671" w:rsidRPr="0070442B" w14:paraId="6F71D95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2AB448E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24671AC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DAB018B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DF106B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27AD95A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4C7DC820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29C97F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107349B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DFFD5F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43910938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79080411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ちがうところ</w:t>
                  </w:r>
                </w:p>
              </w:tc>
            </w:tr>
            <w:tr w:rsidR="00B43671" w:rsidRPr="0070442B" w14:paraId="71CC2500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E1B8BBA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06EC3AB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FB46750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05ED20B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F95190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1C949D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50DE9A5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122384EB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0E8D6FA2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1BFFB412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3004263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</w:rPr>
              <w:t>比べて分かったこと</w:t>
            </w:r>
          </w:p>
        </w:tc>
      </w:tr>
      <w:tr w:rsidR="00B43671" w:rsidRPr="0070442B" w14:paraId="4C4EA0A3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BABE3C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5633136E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F75686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5FE2D286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07D3EE7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456F64BF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BB337C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5D78C79B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p w14:paraId="5AD67B9D" w14:textId="77777777" w:rsidR="00B43671" w:rsidRPr="0070442B" w:rsidRDefault="00000000">
      <w:pPr>
        <w:rPr>
          <w:rFonts w:ascii="ヒラギノ丸ゴ Pro W4" w:eastAsia="ヒラギノ丸ゴ Pro W4" w:hAnsi="ヒラギノ丸ゴ Pro W4"/>
        </w:rPr>
      </w:pPr>
      <w:r w:rsidRPr="0070442B">
        <w:rPr>
          <w:rFonts w:ascii="ヒラギノ丸ゴ Pro W4" w:eastAsia="ヒラギノ丸ゴ Pro W4" w:hAnsi="ヒラギノ丸ゴ Pro W4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1E5EF1B8" w14:textId="77777777">
        <w:trPr>
          <w:jc w:val="center"/>
        </w:trPr>
        <w:tc>
          <w:tcPr>
            <w:tcW w:w="518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5B9BD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1510E86" w14:textId="3F8BEC54" w:rsidR="00B43671" w:rsidRPr="0070442B" w:rsidRDefault="000D77F0" w:rsidP="00E85090">
            <w:pPr>
              <w:spacing w:before="24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lastRenderedPageBreak/>
              <w:t>４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5B9BD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C7474A4" w14:textId="77777777" w:rsidR="00E85090" w:rsidRPr="0070442B" w:rsidRDefault="00000000">
            <w:pPr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 xml:space="preserve">やって確かめる </w:t>
            </w:r>
          </w:p>
          <w:p w14:paraId="4DA71860" w14:textId="4775C788" w:rsidR="00B43671" w:rsidRPr="0070442B" w:rsidRDefault="00000000">
            <w:pPr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- 実験・観察・体験</w:t>
            </w:r>
          </w:p>
        </w:tc>
      </w:tr>
    </w:tbl>
    <w:p w14:paraId="3B6BE753" w14:textId="77777777" w:rsidR="00B43671" w:rsidRPr="005243A6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5243A6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実際にやってみた過程と結果を、順番が分かるように記録します。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601F7310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5B9BD5"/>
              <w:left w:val="single" w:sz="10" w:space="0" w:color="5B9BD5"/>
              <w:bottom w:val="single" w:sz="10" w:space="0" w:color="5B9BD5"/>
              <w:right w:val="single" w:sz="10" w:space="0" w:color="5B9BD5"/>
            </w:tcBorders>
            <w:shd w:val="clear" w:color="auto" w:fill="5B9BD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5963FEF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</w:rPr>
              <w:t>確かめたいこと</w:t>
            </w:r>
            <w:proofErr w:type="spellEnd"/>
          </w:p>
        </w:tc>
      </w:tr>
      <w:tr w:rsidR="00B43671" w:rsidRPr="0070442B" w14:paraId="3262722B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18E1257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54BB47F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5B9BD5"/>
              <w:bottom w:val="single" w:sz="8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5C297F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14582B9B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7F6631A9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8D8705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0EB1A21D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718176A6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用意したもの</w:t>
                  </w:r>
                </w:p>
              </w:tc>
            </w:tr>
            <w:tr w:rsidR="00B43671" w:rsidRPr="0070442B" w14:paraId="03C85663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FA4E3EA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14384BF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7A6C74B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FC9C86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EC7BDD1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0C3B0EC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B19EA3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1D8B0ED5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0B3D1F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7AC4BEE4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DC35E6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77C2D70C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630CA92C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やり方・手順</w:t>
                  </w:r>
                </w:p>
              </w:tc>
            </w:tr>
            <w:tr w:rsidR="00B43671" w:rsidRPr="0070442B" w14:paraId="67A93D49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8C0CDF1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8DD85F5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2A11633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63E38AA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568E344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255C58A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B4C3364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DB6A13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2C2940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4252D946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0E8C1B6E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  <w:gridCol w:w="187"/>
      </w:tblGrid>
      <w:tr w:rsidR="00B43671" w:rsidRPr="0070442B" w14:paraId="4C178F8C" w14:textId="77777777" w:rsidTr="00D54423">
        <w:trPr>
          <w:trHeight w:hRule="exact" w:val="4105"/>
          <w:jc w:val="center"/>
        </w:trPr>
        <w:tc>
          <w:tcPr>
            <w:tcW w:w="10376" w:type="dxa"/>
            <w:gridSpan w:val="3"/>
            <w:tcBorders>
              <w:top w:val="dashed" w:sz="10" w:space="0" w:color="5B9BD5"/>
              <w:left w:val="dashed" w:sz="10" w:space="0" w:color="5B9BD5"/>
              <w:bottom w:val="dashed" w:sz="10" w:space="0" w:color="5B9BD5"/>
              <w:right w:val="dashed" w:sz="10" w:space="0" w:color="5B9BD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5082E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途中の様子・結果の写真／絵 ］</w:t>
            </w:r>
          </w:p>
        </w:tc>
      </w:tr>
      <w:tr w:rsidR="00B43671" w:rsidRPr="0070442B" w14:paraId="3E71013A" w14:textId="77777777">
        <w:trPr>
          <w:gridAfter w:val="1"/>
          <w:wAfter w:w="187" w:type="dxa"/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EAC89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3A74761B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501E6E26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proofErr w:type="spellStart"/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結果</w:t>
                  </w:r>
                  <w:proofErr w:type="spellEnd"/>
                </w:p>
              </w:tc>
            </w:tr>
            <w:tr w:rsidR="00B43671" w:rsidRPr="0070442B" w14:paraId="5BC47543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0E3BC8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BF9FA95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AD36C9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6C7299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00EE72C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642E55F7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192B4C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60A4C17D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9FD3AB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593D3C5C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2D88193E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やって気づいたこと</w:t>
                  </w:r>
                </w:p>
              </w:tc>
            </w:tr>
            <w:tr w:rsidR="00B43671" w:rsidRPr="0070442B" w14:paraId="72A3CB84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D41714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8A6356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0C38A8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45F83881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B5AD05C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8CB37D4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E9C99F5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6729821A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11E75786" w14:textId="3BB5AE1D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34EB40BF" w14:textId="77777777">
        <w:trPr>
          <w:jc w:val="center"/>
        </w:trPr>
        <w:tc>
          <w:tcPr>
            <w:tcW w:w="5188" w:type="dxa"/>
            <w:tcBorders>
              <w:top w:val="single" w:sz="12" w:space="0" w:color="2E75B6"/>
              <w:left w:val="single" w:sz="12" w:space="0" w:color="2E75B6"/>
              <w:bottom w:val="single" w:sz="12" w:space="0" w:color="2E75B6"/>
              <w:right w:val="single" w:sz="12" w:space="0" w:color="2E75B6"/>
            </w:tcBorders>
            <w:shd w:val="clear" w:color="auto" w:fill="2E75B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155F68" w14:textId="542959E5" w:rsidR="00B43671" w:rsidRPr="0070442B" w:rsidRDefault="000D77F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t>５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2E75B6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5FA0DAC" w14:textId="77777777" w:rsidR="00B43671" w:rsidRPr="0070442B" w:rsidRDefault="00000000" w:rsidP="000D77F0">
            <w:pPr>
              <w:spacing w:beforeLines="100" w:before="240" w:afterLines="100" w:after="240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人に聞く - インタビュー</w:t>
            </w:r>
          </w:p>
        </w:tc>
      </w:tr>
    </w:tbl>
    <w:p w14:paraId="401FC13E" w14:textId="77777777" w:rsidR="00B43671" w:rsidRPr="00D54423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D54423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本では分からないことを、くわしい人・経験した人に聞いてみます。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06310FB8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E75B6"/>
              <w:left w:val="single" w:sz="10" w:space="0" w:color="2E75B6"/>
              <w:bottom w:val="single" w:sz="10" w:space="0" w:color="2E75B6"/>
              <w:right w:val="single" w:sz="10" w:space="0" w:color="2E75B6"/>
            </w:tcBorders>
            <w:shd w:val="clear" w:color="auto" w:fill="2E75B6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D4549E8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お話を聞いた人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名前／仕事・立場／聞いた日・場所</w:t>
            </w:r>
          </w:p>
        </w:tc>
      </w:tr>
      <w:tr w:rsidR="00B43671" w:rsidRPr="0070442B" w14:paraId="373AE188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334AF6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A398F70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E75B6"/>
              <w:bottom w:val="single" w:sz="8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8EAFEB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2D408BF0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1B72ACDE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E75B6"/>
              <w:left w:val="single" w:sz="10" w:space="0" w:color="2E75B6"/>
              <w:bottom w:val="single" w:sz="10" w:space="0" w:color="2E75B6"/>
              <w:right w:val="single" w:sz="10" w:space="0" w:color="2E75B6"/>
            </w:tcBorders>
            <w:shd w:val="clear" w:color="auto" w:fill="2E75B6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0453E45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聞きたいこと（質問）</w:t>
            </w:r>
          </w:p>
        </w:tc>
      </w:tr>
      <w:tr w:rsidR="00B43671" w:rsidRPr="0070442B" w14:paraId="5A2C03AE" w14:textId="77777777">
        <w:trPr>
          <w:trHeight w:hRule="exact" w:val="496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95E854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9623EA9" w14:textId="77777777">
        <w:trPr>
          <w:trHeight w:hRule="exact" w:val="496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59612F5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84ED035" w14:textId="77777777">
        <w:trPr>
          <w:trHeight w:hRule="exact" w:val="496"/>
          <w:jc w:val="center"/>
        </w:trPr>
        <w:tc>
          <w:tcPr>
            <w:tcW w:w="10376" w:type="dxa"/>
            <w:tcBorders>
              <w:left w:val="single" w:sz="8" w:space="0" w:color="2E75B6"/>
              <w:bottom w:val="dotted" w:sz="6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90AA45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98B436B" w14:textId="77777777">
        <w:trPr>
          <w:trHeight w:hRule="exact" w:val="496"/>
          <w:jc w:val="center"/>
        </w:trPr>
        <w:tc>
          <w:tcPr>
            <w:tcW w:w="10376" w:type="dxa"/>
            <w:tcBorders>
              <w:left w:val="single" w:sz="8" w:space="0" w:color="2E75B6"/>
              <w:bottom w:val="single" w:sz="8" w:space="0" w:color="C7D9E8"/>
              <w:right w:val="single" w:sz="8" w:space="0" w:color="2E75B6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29642B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1EA65C41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5089EA5E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F2DF12B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教えてもらったこと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大切な言葉は「　」で囲む</w:t>
            </w:r>
          </w:p>
        </w:tc>
      </w:tr>
      <w:tr w:rsidR="00B43671" w:rsidRPr="0070442B" w14:paraId="18A57B65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5F0F9A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0DE9239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F7B865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ED670AF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59C78E3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D200065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3ADC9B5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4EB9798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FBBDBC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54F681A6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D23796F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0FD88D8E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10396" w:type="dxa"/>
        <w:jc w:val="center"/>
        <w:tblLayout w:type="fixed"/>
        <w:tblLook w:val="04A0" w:firstRow="1" w:lastRow="0" w:firstColumn="1" w:lastColumn="0" w:noHBand="0" w:noVBand="1"/>
      </w:tblPr>
      <w:tblGrid>
        <w:gridCol w:w="10376"/>
        <w:gridCol w:w="20"/>
      </w:tblGrid>
      <w:tr w:rsidR="00B43671" w:rsidRPr="0070442B" w14:paraId="08DF97EC" w14:textId="77777777" w:rsidTr="00C0754F">
        <w:trPr>
          <w:trHeight w:hRule="exact" w:val="2544"/>
          <w:jc w:val="center"/>
        </w:trPr>
        <w:tc>
          <w:tcPr>
            <w:tcW w:w="10396" w:type="dxa"/>
            <w:gridSpan w:val="2"/>
            <w:tcBorders>
              <w:top w:val="dashed" w:sz="10" w:space="0" w:color="2E75B6"/>
              <w:left w:val="dashed" w:sz="10" w:space="0" w:color="2E75B6"/>
              <w:bottom w:val="dashed" w:sz="10" w:space="0" w:color="2E75B6"/>
              <w:right w:val="dashed" w:sz="10" w:space="0" w:color="2E75B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B48AC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インタビューの写真・似顔絵・関連資料 ］</w:t>
            </w:r>
          </w:p>
        </w:tc>
      </w:tr>
      <w:tr w:rsidR="00B43671" w:rsidRPr="0070442B" w14:paraId="53ABFEAB" w14:textId="77777777" w:rsidTr="00C0754F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4D3FD60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聞いて分かったこと・考えたこと</w:t>
            </w:r>
          </w:p>
        </w:tc>
      </w:tr>
      <w:tr w:rsidR="00B43671" w:rsidRPr="0070442B" w14:paraId="5B48F64B" w14:textId="77777777" w:rsidTr="00C0754F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855B68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D0A1D2C" w14:textId="77777777" w:rsidTr="00C0754F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91D887F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7141BF78" w14:textId="26D0CC39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7823BFC0" w14:textId="77777777">
        <w:trPr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5B652B" w14:textId="1341A472" w:rsidR="00B43671" w:rsidRPr="0070442B" w:rsidRDefault="000D77F0" w:rsidP="00E85090">
            <w:pPr>
              <w:spacing w:before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>
              <w:rPr>
                <w:rFonts w:ascii="ヒラギノ丸ゴ Pro W4" w:eastAsia="ヒラギノ丸ゴ Pro W4" w:hAnsi="ヒラギノ丸ゴ Pro W4" w:hint="eastAsia"/>
                <w:b/>
                <w:color w:val="FFFFFF"/>
                <w:sz w:val="36"/>
                <w:szCs w:val="36"/>
                <w:lang w:eastAsia="ja-JP"/>
              </w:rPr>
              <w:t>６</w:t>
            </w: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章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0B60F5B" w14:textId="77777777" w:rsidR="000D77F0" w:rsidRDefault="00000000">
            <w:pPr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 xml:space="preserve">データで表す </w:t>
            </w:r>
          </w:p>
          <w:p w14:paraId="0744DECB" w14:textId="584E58EB" w:rsidR="00B43671" w:rsidRPr="0070442B" w:rsidRDefault="00000000">
            <w:pPr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- アンケート・数字</w:t>
            </w:r>
          </w:p>
        </w:tc>
      </w:tr>
    </w:tbl>
    <w:p w14:paraId="0E802DD1" w14:textId="77777777" w:rsidR="00B43671" w:rsidRPr="00D54423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D54423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表やグラフを使うと、たくさんの答えを一目で伝えられます。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1AD3DA29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66A65E4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何を調べたアンケート？</w:t>
            </w:r>
          </w:p>
        </w:tc>
      </w:tr>
      <w:tr w:rsidR="00B43671" w:rsidRPr="0070442B" w14:paraId="5CB5DFE3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C6513D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41D2101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85AF2B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4C87FFC0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2BF9B705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6B412B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24A47483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65AFCEFC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proofErr w:type="spellStart"/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だれに聞いた</w:t>
                  </w:r>
                  <w:proofErr w:type="spellEnd"/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？</w:t>
                  </w:r>
                </w:p>
              </w:tc>
            </w:tr>
            <w:tr w:rsidR="00B43671" w:rsidRPr="0070442B" w14:paraId="002070F8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4168CB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7E4FF60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79A879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5C9F75A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70E67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2A31E57A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42469E40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何人に聞いた？</w:t>
                  </w:r>
                </w:p>
              </w:tc>
            </w:tr>
            <w:tr w:rsidR="00B43671" w:rsidRPr="0070442B" w14:paraId="64BAD3F0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73D463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2F90B053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E618DFA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5CC92768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25EF066C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  <w:gridCol w:w="20"/>
      </w:tblGrid>
      <w:tr w:rsidR="00B43671" w:rsidRPr="0070442B" w14:paraId="79E1358D" w14:textId="77777777" w:rsidTr="00D54423">
        <w:trPr>
          <w:trHeight w:hRule="exact" w:val="5802"/>
          <w:jc w:val="center"/>
        </w:trPr>
        <w:tc>
          <w:tcPr>
            <w:tcW w:w="10376" w:type="dxa"/>
            <w:gridSpan w:val="2"/>
            <w:tcBorders>
              <w:top w:val="dashed" w:sz="10" w:space="0" w:color="2F75B5"/>
              <w:left w:val="dashed" w:sz="10" w:space="0" w:color="2F75B5"/>
              <w:bottom w:val="dashed" w:sz="10" w:space="0" w:color="2F75B5"/>
              <w:right w:val="dashed" w:sz="10" w:space="0" w:color="2F75B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61B46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7F9DB9"/>
                <w:sz w:val="24"/>
                <w:lang w:eastAsia="ja-JP"/>
              </w:rPr>
              <w:t>［ 表・棒グラフ・円グラフを入れる ］</w:t>
            </w:r>
          </w:p>
        </w:tc>
      </w:tr>
      <w:tr w:rsidR="00B43671" w:rsidRPr="0070442B" w14:paraId="0773EBC0" w14:textId="77777777">
        <w:trPr>
          <w:gridAfter w:val="1"/>
          <w:wAfter w:w="20" w:type="dxa"/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FD05C5B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データから分かったこと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一番多い／少ない、意外だった数字、理由の予想</w:t>
            </w:r>
          </w:p>
        </w:tc>
      </w:tr>
      <w:tr w:rsidR="00B43671" w:rsidRPr="0070442B" w14:paraId="62D5EF4E" w14:textId="77777777">
        <w:trPr>
          <w:gridAfter w:val="1"/>
          <w:wAfter w:w="20" w:type="dxa"/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527CC5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449F47D" w14:textId="77777777">
        <w:trPr>
          <w:gridAfter w:val="1"/>
          <w:wAfter w:w="20" w:type="dxa"/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44A5FC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FF22C94" w14:textId="77777777">
        <w:trPr>
          <w:gridAfter w:val="1"/>
          <w:wAfter w:w="20" w:type="dxa"/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435686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5A326964" w14:textId="77777777">
        <w:trPr>
          <w:gridAfter w:val="1"/>
          <w:wAfter w:w="20" w:type="dxa"/>
          <w:trHeight w:hRule="exact" w:val="510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8A4ED5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4BC5C0A6" w14:textId="00310234" w:rsidR="00B43671" w:rsidRPr="0070442B" w:rsidRDefault="00B43671">
      <w:pPr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26E6AFF6" w14:textId="77777777">
        <w:trPr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7C8049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t>整理・分析</w:t>
            </w:r>
            <w:proofErr w:type="spellEnd"/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F526482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わかったことを整理する</w:t>
            </w:r>
          </w:p>
        </w:tc>
      </w:tr>
    </w:tbl>
    <w:p w14:paraId="7AF936F2" w14:textId="77777777" w:rsidR="00B43671" w:rsidRPr="0070442B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lang w:eastAsia="ja-JP"/>
        </w:rPr>
      </w:pPr>
      <w:r w:rsidRPr="005243A6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集めた情報を並べ替え、問いに答えるための筋道をつくります。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31637101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BDE62A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551A7265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2133A3AA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分かった事実</w:t>
                  </w:r>
                  <w:r w:rsidRPr="0070442B">
                    <w:rPr>
                      <w:rFonts w:ascii="ヒラギノ丸ゴ Pro W4" w:eastAsia="ヒラギノ丸ゴ Pro W4" w:hAnsi="ヒラギノ丸ゴ Pro W4"/>
                      <w:color w:val="FFFFFF"/>
                      <w:sz w:val="14"/>
                      <w:lang w:eastAsia="ja-JP"/>
                    </w:rPr>
                    <w:t xml:space="preserve">　本・観察・取材・数字</w:t>
                  </w:r>
                </w:p>
              </w:tc>
            </w:tr>
            <w:tr w:rsidR="00B43671" w:rsidRPr="0070442B" w14:paraId="024DB953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2A36B0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6373486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ACB4717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31C507BA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8AE4CCC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42DFF3FF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EC6275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34600AFB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4A04AB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7286FE83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391FC40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3FDECA92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0E1AEE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32F39561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752BF8C5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そこから考えたこと</w:t>
                  </w:r>
                  <w:r w:rsidRPr="0070442B">
                    <w:rPr>
                      <w:rFonts w:ascii="ヒラギノ丸ゴ Pro W4" w:eastAsia="ヒラギノ丸ゴ Pro W4" w:hAnsi="ヒラギノ丸ゴ Pro W4"/>
                      <w:color w:val="FFFFFF"/>
                      <w:sz w:val="14"/>
                      <w:lang w:eastAsia="ja-JP"/>
                    </w:rPr>
                    <w:t xml:space="preserve">　「だから〜」「しかし〜」</w:t>
                  </w:r>
                </w:p>
              </w:tc>
            </w:tr>
            <w:tr w:rsidR="00B43671" w:rsidRPr="0070442B" w14:paraId="02C569A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5B66ECC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6DC07668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A738BA0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7BEB2A6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B8B593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51CB872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7C5FEC5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515017B4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80C0CB4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024F4F89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8AA24B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37AAE016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4EF30901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01CE24D4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AD5CCE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大事なことを三つにしぼる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①　　　　　　　　　②　　　　　　　　　③</w:t>
            </w:r>
          </w:p>
        </w:tc>
      </w:tr>
      <w:tr w:rsidR="00B43671" w:rsidRPr="0070442B" w14:paraId="0C62E57E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C67924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F3601F9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90AD263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B4FDBB3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5F6776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622D519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1AC32BA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AEB9E34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155FD8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0C20DDED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50BBAE15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5B9BD5"/>
              <w:left w:val="single" w:sz="10" w:space="0" w:color="5B9BD5"/>
              <w:bottom w:val="single" w:sz="10" w:space="0" w:color="5B9BD5"/>
              <w:right w:val="single" w:sz="10" w:space="0" w:color="5B9BD5"/>
            </w:tcBorders>
            <w:shd w:val="clear" w:color="auto" w:fill="5B9BD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3EE86F1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最初の予想と比べる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同じだった？変わった？なぜ？</w:t>
            </w:r>
          </w:p>
        </w:tc>
      </w:tr>
      <w:tr w:rsidR="00B43671" w:rsidRPr="0070442B" w14:paraId="13C837B6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B122FFF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8732824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30DEE1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6E297EE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4D7D3B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6BE7454B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5B9BD5"/>
              <w:bottom w:val="single" w:sz="8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DEB6DF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225A4BE7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D54423" w14:paraId="1C1CDBC2" w14:textId="77777777">
        <w:trPr>
          <w:jc w:val="center"/>
        </w:trPr>
        <w:tc>
          <w:tcPr>
            <w:tcW w:w="10376" w:type="dxa"/>
            <w:tcBorders>
              <w:top w:val="single" w:sz="6" w:space="0" w:color="9DC3E6"/>
              <w:left w:val="single" w:sz="6" w:space="0" w:color="9DC3E6"/>
              <w:bottom w:val="single" w:sz="6" w:space="0" w:color="9DC3E6"/>
              <w:right w:val="single" w:sz="6" w:space="0" w:color="9DC3E6"/>
            </w:tcBorders>
            <w:shd w:val="clear" w:color="auto" w:fill="EAF4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1EA7EB" w14:textId="77777777" w:rsidR="00B43671" w:rsidRPr="00D54423" w:rsidRDefault="00000000">
            <w:pPr>
              <w:rPr>
                <w:rFonts w:ascii="ヒラギノ丸ゴ Pro W4" w:eastAsia="ヒラギノ丸ゴ Pro W4" w:hAnsi="ヒラギノ丸ゴ Pro W4"/>
                <w:color w:val="EE17DC"/>
                <w:lang w:eastAsia="ja-JP"/>
              </w:rPr>
            </w:pPr>
            <w:r w:rsidRPr="00D54423">
              <w:rPr>
                <w:rFonts w:ascii="ヒラギノ丸ゴ Pro W4" w:eastAsia="ヒラギノ丸ゴ Pro W4" w:hAnsi="ヒラギノ丸ゴ Pro W4"/>
                <w:b/>
                <w:color w:val="EE17DC"/>
                <w:sz w:val="18"/>
                <w:lang w:eastAsia="ja-JP"/>
              </w:rPr>
              <w:t xml:space="preserve">書き方のヒント　</w:t>
            </w:r>
            <w:r w:rsidRPr="00D54423">
              <w:rPr>
                <w:rFonts w:ascii="ヒラギノ丸ゴ Pro W4" w:eastAsia="ヒラギノ丸ゴ Pro W4" w:hAnsi="ヒラギノ丸ゴ Pro W4"/>
                <w:color w:val="EE17DC"/>
                <w:sz w:val="18"/>
                <w:lang w:eastAsia="ja-JP"/>
              </w:rPr>
              <w:t>「事実」と「自分の考え」を分けると、説得力のある本になります。</w:t>
            </w:r>
          </w:p>
        </w:tc>
      </w:tr>
    </w:tbl>
    <w:p w14:paraId="1A275ED8" w14:textId="77777777" w:rsidR="00B43671" w:rsidRPr="00D54423" w:rsidRDefault="00B43671">
      <w:pPr>
        <w:spacing w:after="20"/>
        <w:rPr>
          <w:rFonts w:ascii="ヒラギノ丸ゴ Pro W4" w:eastAsia="ヒラギノ丸ゴ Pro W4" w:hAnsi="ヒラギノ丸ゴ Pro W4"/>
          <w:color w:val="EE17DC"/>
          <w:lang w:eastAsia="ja-JP"/>
        </w:rPr>
      </w:pPr>
    </w:p>
    <w:p w14:paraId="6AC8FE04" w14:textId="77777777" w:rsidR="00B43671" w:rsidRPr="0070442B" w:rsidRDefault="00000000">
      <w:pPr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lang w:eastAsia="ja-JP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6B04944E" w14:textId="77777777">
        <w:trPr>
          <w:jc w:val="center"/>
        </w:trPr>
        <w:tc>
          <w:tcPr>
            <w:tcW w:w="5188" w:type="dxa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shd w:val="clear" w:color="auto" w:fill="4F81BD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C5DF35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lastRenderedPageBreak/>
              <w:t>結論</w:t>
            </w:r>
          </w:p>
        </w:tc>
        <w:tc>
          <w:tcPr>
            <w:tcW w:w="5188" w:type="dxa"/>
            <w:tcBorders>
              <w:bottom w:val="single" w:sz="18" w:space="0" w:color="4F81BD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110C28E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</w:rPr>
              <w:t>私の答え・結論</w:t>
            </w:r>
          </w:p>
        </w:tc>
      </w:tr>
    </w:tbl>
    <w:p w14:paraId="29BA628F" w14:textId="77777777" w:rsidR="00B43671" w:rsidRPr="005243A6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5243A6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最初に立てた問いに、自分の言葉ではっきり答えます。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04398957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4F81BD"/>
              <w:left w:val="single" w:sz="10" w:space="0" w:color="4F81BD"/>
              <w:bottom w:val="single" w:sz="10" w:space="0" w:color="4F81BD"/>
              <w:right w:val="single" w:sz="10" w:space="0" w:color="4F81BD"/>
            </w:tcBorders>
            <w:shd w:val="clear" w:color="auto" w:fill="4F81B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E63C2EA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</w:rPr>
              <w:t>最初の問い</w:t>
            </w:r>
            <w:proofErr w:type="spellEnd"/>
          </w:p>
        </w:tc>
      </w:tr>
      <w:tr w:rsidR="00B43671" w:rsidRPr="0070442B" w14:paraId="49336101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E568B8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265CA790" w14:textId="77777777">
        <w:trPr>
          <w:trHeight w:hRule="exact" w:val="510"/>
          <w:jc w:val="center"/>
        </w:trPr>
        <w:tc>
          <w:tcPr>
            <w:tcW w:w="10376" w:type="dxa"/>
            <w:tcBorders>
              <w:left w:val="single" w:sz="8" w:space="0" w:color="4F81BD"/>
              <w:bottom w:val="single" w:sz="8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31D4E9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4B94F556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61165FC2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4F81BD"/>
              <w:left w:val="single" w:sz="10" w:space="0" w:color="4F81BD"/>
              <w:bottom w:val="single" w:sz="10" w:space="0" w:color="4F81BD"/>
              <w:right w:val="single" w:sz="10" w:space="0" w:color="4F81BD"/>
            </w:tcBorders>
            <w:shd w:val="clear" w:color="auto" w:fill="4F81B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C94BCA9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私の答え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「調べた結果、わたしは〜と考えます」</w:t>
            </w:r>
          </w:p>
        </w:tc>
      </w:tr>
      <w:tr w:rsidR="00B43671" w:rsidRPr="0070442B" w14:paraId="523A6628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264707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656633A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56DF4D5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E226A97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B29655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01F26FE7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95FF97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535CC25C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4F81BD"/>
              <w:bottom w:val="dotted" w:sz="6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CBB9555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60CD91E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4F81BD"/>
              <w:bottom w:val="single" w:sz="8" w:space="0" w:color="C7D9E8"/>
              <w:right w:val="single" w:sz="8" w:space="0" w:color="4F81BD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8992428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05F20B6D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53C88D58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1ACF890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その理由・根拠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根拠①／根拠②／根拠③</w:t>
            </w:r>
          </w:p>
        </w:tc>
      </w:tr>
      <w:tr w:rsidR="00B43671" w:rsidRPr="0070442B" w14:paraId="5DD161FF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FE34B6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1B448F6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44A965D4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572E0E2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C5FE22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FC0176A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32A104D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4FEF06A0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74F1540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22F872AA" w14:textId="77777777">
        <w:trPr>
          <w:trHeight w:hRule="exact" w:val="539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FDE01D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30539F07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4C7C9B9D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3089D06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読んだ人に伝えたいこと</w:t>
            </w:r>
          </w:p>
        </w:tc>
      </w:tr>
      <w:tr w:rsidR="00B43671" w:rsidRPr="0070442B" w14:paraId="0D436910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36AA4D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1779D2B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E2235D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7D3BC02" w14:textId="77777777">
        <w:trPr>
          <w:trHeight w:hRule="exact" w:val="454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4D55968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30E0484F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2742BF4A" w14:textId="577C16A0" w:rsidR="00B43671" w:rsidRPr="0070442B" w:rsidRDefault="00B43671" w:rsidP="00E85090">
      <w:pPr>
        <w:spacing w:before="80" w:line="240" w:lineRule="auto"/>
        <w:rPr>
          <w:rFonts w:ascii="ヒラギノ丸ゴ Pro W4" w:eastAsia="ヒラギノ丸ゴ Pro W4" w:hAnsi="ヒラギノ丸ゴ Pro W4"/>
          <w:lang w:eastAsia="ja-JP"/>
        </w:rPr>
      </w:pPr>
    </w:p>
    <w:p w14:paraId="46B14363" w14:textId="77777777" w:rsidR="00B43671" w:rsidRPr="0070442B" w:rsidRDefault="00000000">
      <w:pPr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lang w:eastAsia="ja-JP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1F8B1A03" w14:textId="77777777">
        <w:trPr>
          <w:jc w:val="center"/>
        </w:trPr>
        <w:tc>
          <w:tcPr>
            <w:tcW w:w="5188" w:type="dxa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5B9BD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9730E13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lastRenderedPageBreak/>
              <w:t>ふり返り</w:t>
            </w:r>
          </w:p>
        </w:tc>
        <w:tc>
          <w:tcPr>
            <w:tcW w:w="5188" w:type="dxa"/>
            <w:tcBorders>
              <w:bottom w:val="single" w:sz="18" w:space="0" w:color="5B9BD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DEFB1F6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まとめ・感想・次の問い</w:t>
            </w:r>
          </w:p>
        </w:tc>
      </w:tr>
    </w:tbl>
    <w:p w14:paraId="3671B14B" w14:textId="77777777" w:rsidR="00B43671" w:rsidRPr="0070442B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lang w:eastAsia="ja-JP"/>
        </w:rPr>
      </w:pPr>
      <w:r w:rsidRPr="00D54423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研究を終えて、自分の学び方や考え方がどう変わったか振り返ります。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429BE3A4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5B9BD5"/>
              <w:left w:val="single" w:sz="10" w:space="0" w:color="5B9BD5"/>
              <w:bottom w:val="single" w:sz="10" w:space="0" w:color="5B9BD5"/>
              <w:right w:val="single" w:sz="10" w:space="0" w:color="5B9BD5"/>
            </w:tcBorders>
            <w:shd w:val="clear" w:color="auto" w:fill="5B9BD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2AB59AC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</w:rPr>
              <w:t>研究全体のまとめ</w:t>
            </w:r>
            <w:proofErr w:type="spellEnd"/>
          </w:p>
        </w:tc>
      </w:tr>
      <w:tr w:rsidR="00B43671" w:rsidRPr="0070442B" w14:paraId="4569D3D8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178E158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40F8513F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7F0EE72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08AB991B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1151C2D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2BB803F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5B9BD5"/>
              <w:bottom w:val="dotted" w:sz="6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A1D57BB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5E7A525A" w14:textId="77777777">
        <w:trPr>
          <w:trHeight w:hRule="exact" w:val="522"/>
          <w:jc w:val="center"/>
        </w:trPr>
        <w:tc>
          <w:tcPr>
            <w:tcW w:w="10376" w:type="dxa"/>
            <w:tcBorders>
              <w:left w:val="single" w:sz="8" w:space="0" w:color="5B9BD5"/>
              <w:bottom w:val="single" w:sz="8" w:space="0" w:color="C7D9E8"/>
              <w:right w:val="single" w:sz="8" w:space="0" w:color="5B9BD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3E33A62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15B63046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023F4896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669E4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7DABB0DA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40D31A7B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おもしろかったこと</w:t>
                  </w:r>
                </w:p>
              </w:tc>
            </w:tr>
            <w:tr w:rsidR="00B43671" w:rsidRPr="0070442B" w14:paraId="00DD9245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EACA90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0C8D6364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F4105EE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2BA6EEF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72AAFCC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1BE305F5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E2B3D7F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6F685328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4B067E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4E427D13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2944C4E6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</w:rPr>
                    <w:t>むずかしかったこと</w:t>
                  </w:r>
                </w:p>
              </w:tc>
            </w:tr>
            <w:tr w:rsidR="00B43671" w:rsidRPr="0070442B" w14:paraId="135DF050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7C533B7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3FB1773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5D8F812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482DCDF7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6369CE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  <w:tr w:rsidR="00B43671" w:rsidRPr="0070442B" w14:paraId="51433D62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0434F3B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</w:rPr>
                  </w:pPr>
                </w:p>
              </w:tc>
            </w:tr>
          </w:tbl>
          <w:p w14:paraId="1B96C63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50D047BB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6D9F196E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5CB557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399F9B37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3CA5A45F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工夫したこと・がんばったこと</w:t>
                  </w:r>
                </w:p>
              </w:tc>
            </w:tr>
            <w:tr w:rsidR="00B43671" w:rsidRPr="0070442B" w14:paraId="4C8C31A0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B126A7E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168EA7A4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958966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21362BD6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9C1F73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493063B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63C7A66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606F047A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0BACB7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792B3927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E75B6"/>
                    <w:left w:val="single" w:sz="8" w:space="0" w:color="2E75B6"/>
                    <w:bottom w:val="single" w:sz="8" w:space="0" w:color="2E75B6"/>
                    <w:right w:val="single" w:sz="8" w:space="0" w:color="2E75B6"/>
                  </w:tcBorders>
                  <w:shd w:val="clear" w:color="auto" w:fill="2E75B6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40EDADA4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次にもっと調べたいこと</w:t>
                  </w:r>
                </w:p>
              </w:tc>
            </w:tr>
            <w:tr w:rsidR="00B43671" w:rsidRPr="0070442B" w14:paraId="4DF19F50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E75B6"/>
                    <w:bottom w:val="dotted" w:sz="5" w:space="0" w:color="C7D9E8"/>
                    <w:right w:val="single" w:sz="7" w:space="0" w:color="2E75B6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A3C7F70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59EF5AA1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E75B6"/>
                    <w:bottom w:val="dotted" w:sz="5" w:space="0" w:color="C7D9E8"/>
                    <w:right w:val="single" w:sz="7" w:space="0" w:color="2E75B6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9799FAC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7122D4B9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E75B6"/>
                    <w:bottom w:val="dotted" w:sz="5" w:space="0" w:color="C7D9E8"/>
                    <w:right w:val="single" w:sz="7" w:space="0" w:color="2E75B6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E74C7D3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38B933A8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E75B6"/>
                    <w:bottom w:val="single" w:sz="7" w:space="0" w:color="C7D9E8"/>
                    <w:right w:val="single" w:sz="7" w:space="0" w:color="2E75B6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047ACB3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33FF8BB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0B9F9523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3933750E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4292314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この研究をして、わたしはどう変わった？</w:t>
            </w:r>
          </w:p>
        </w:tc>
      </w:tr>
      <w:tr w:rsidR="00B43671" w:rsidRPr="0070442B" w14:paraId="5A8E4E8B" w14:textId="77777777">
        <w:trPr>
          <w:trHeight w:hRule="exact" w:val="472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61E7C2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52781D88" w14:textId="77777777">
        <w:trPr>
          <w:trHeight w:hRule="exact" w:val="472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0680AEE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78B6131F" w14:textId="77777777">
        <w:trPr>
          <w:trHeight w:hRule="exact" w:val="472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C7D9E8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6511D8C6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7C087B61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7154422E" w14:textId="77777777" w:rsidR="00B43671" w:rsidRPr="0070442B" w:rsidRDefault="00000000">
      <w:pPr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lang w:eastAsia="ja-JP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25723DD7" w14:textId="77777777">
        <w:trPr>
          <w:jc w:val="center"/>
        </w:trPr>
        <w:tc>
          <w:tcPr>
            <w:tcW w:w="5188" w:type="dxa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single" w:sz="12" w:space="0" w:color="2F75B5"/>
            </w:tcBorders>
            <w:shd w:val="clear" w:color="auto" w:fill="2F75B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87BCD88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36"/>
                <w:szCs w:val="36"/>
              </w:rPr>
              <w:lastRenderedPageBreak/>
              <w:t>参考資料</w:t>
            </w:r>
          </w:p>
        </w:tc>
        <w:tc>
          <w:tcPr>
            <w:tcW w:w="5188" w:type="dxa"/>
            <w:tcBorders>
              <w:bottom w:val="single" w:sz="18" w:space="0" w:color="2F75B5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088A6C2" w14:textId="77777777" w:rsidR="00B43671" w:rsidRPr="0070442B" w:rsidRDefault="00000000" w:rsidP="000D77F0">
            <w:pPr>
              <w:spacing w:beforeLines="100" w:before="240" w:afterLines="100" w:after="240"/>
              <w:jc w:val="center"/>
              <w:rPr>
                <w:rFonts w:ascii="ヒラギノ丸ゴ Pro W4" w:eastAsia="ヒラギノ丸ゴ Pro W4" w:hAnsi="ヒラギノ丸ゴ Pro W4"/>
                <w:sz w:val="36"/>
                <w:szCs w:val="36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36"/>
                <w:szCs w:val="36"/>
                <w:lang w:eastAsia="ja-JP"/>
              </w:rPr>
              <w:t>参考にしたもの・作者紹介</w:t>
            </w:r>
          </w:p>
        </w:tc>
      </w:tr>
    </w:tbl>
    <w:p w14:paraId="2ABB2105" w14:textId="77777777" w:rsidR="00B43671" w:rsidRPr="00D54423" w:rsidRDefault="00000000">
      <w:pPr>
        <w:spacing w:before="40" w:after="100" w:line="240" w:lineRule="auto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D54423">
        <w:rPr>
          <w:rFonts w:ascii="ヒラギノ丸ゴ Pro W4" w:eastAsia="ヒラギノ丸ゴ Pro W4" w:hAnsi="ヒラギノ丸ゴ Pro W4"/>
          <w:color w:val="EE17DC"/>
          <w:sz w:val="18"/>
          <w:lang w:eastAsia="ja-JP"/>
        </w:rPr>
        <w:t>最後まで「本」として仕上げるページです。</w:t>
      </w:r>
    </w:p>
    <w:p w14:paraId="67EE9455" w14:textId="77777777" w:rsidR="00B43671" w:rsidRPr="0070442B" w:rsidRDefault="00000000">
      <w:pPr>
        <w:spacing w:after="80" w:line="240" w:lineRule="auto"/>
        <w:rPr>
          <w:rFonts w:ascii="ヒラギノ丸ゴ Pro W4" w:eastAsia="ヒラギノ丸ゴ Pro W4" w:hAnsi="ヒラギノ丸ゴ Pro W4"/>
          <w:lang w:eastAsia="ja-JP"/>
        </w:rPr>
      </w:pPr>
      <w:r w:rsidRPr="0070442B">
        <w:rPr>
          <w:rFonts w:ascii="ヒラギノ丸ゴ Pro W4" w:eastAsia="ヒラギノ丸ゴ Pro W4" w:hAnsi="ヒラギノ丸ゴ Pro W4"/>
          <w:b/>
          <w:color w:val="17365D"/>
          <w:sz w:val="22"/>
          <w:lang w:eastAsia="ja-JP"/>
        </w:rPr>
        <w:t>参考にした本・新聞・ウェブサイト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B43671" w:rsidRPr="0070442B" w14:paraId="15AEB470" w14:textId="77777777">
        <w:trPr>
          <w:jc w:val="center"/>
        </w:trPr>
        <w:tc>
          <w:tcPr>
            <w:tcW w:w="2594" w:type="dxa"/>
            <w:tcBorders>
              <w:top w:val="single" w:sz="6" w:space="0" w:color="2F75B5"/>
              <w:left w:val="single" w:sz="6" w:space="0" w:color="2F75B5"/>
              <w:bottom w:val="single" w:sz="6" w:space="0" w:color="2F75B5"/>
              <w:right w:val="single" w:sz="6" w:space="0" w:color="2F75B5"/>
            </w:tcBorders>
            <w:shd w:val="clear" w:color="auto" w:fill="DCEAF7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46BD60B6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proofErr w:type="spellStart"/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5"/>
              </w:rPr>
              <w:t>番号</w:t>
            </w:r>
            <w:proofErr w:type="spellEnd"/>
          </w:p>
        </w:tc>
        <w:tc>
          <w:tcPr>
            <w:tcW w:w="2594" w:type="dxa"/>
            <w:tcBorders>
              <w:top w:val="single" w:sz="6" w:space="0" w:color="2F75B5"/>
              <w:left w:val="single" w:sz="6" w:space="0" w:color="2F75B5"/>
              <w:bottom w:val="single" w:sz="6" w:space="0" w:color="2F75B5"/>
              <w:right w:val="single" w:sz="6" w:space="0" w:color="2F75B5"/>
            </w:tcBorders>
            <w:shd w:val="clear" w:color="auto" w:fill="DCEAF7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6A340C2B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5"/>
              </w:rPr>
              <w:t>題名・ページ名</w:t>
            </w:r>
          </w:p>
        </w:tc>
        <w:tc>
          <w:tcPr>
            <w:tcW w:w="2594" w:type="dxa"/>
            <w:tcBorders>
              <w:top w:val="single" w:sz="6" w:space="0" w:color="2F75B5"/>
              <w:left w:val="single" w:sz="6" w:space="0" w:color="2F75B5"/>
              <w:bottom w:val="single" w:sz="6" w:space="0" w:color="2F75B5"/>
              <w:right w:val="single" w:sz="6" w:space="0" w:color="2F75B5"/>
            </w:tcBorders>
            <w:shd w:val="clear" w:color="auto" w:fill="DCEAF7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69C3B698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5"/>
              </w:rPr>
              <w:t>著者・発行者</w:t>
            </w:r>
          </w:p>
        </w:tc>
        <w:tc>
          <w:tcPr>
            <w:tcW w:w="2594" w:type="dxa"/>
            <w:tcBorders>
              <w:top w:val="single" w:sz="6" w:space="0" w:color="2F75B5"/>
              <w:left w:val="single" w:sz="6" w:space="0" w:color="2F75B5"/>
              <w:bottom w:val="single" w:sz="6" w:space="0" w:color="2F75B5"/>
              <w:right w:val="single" w:sz="6" w:space="0" w:color="2F75B5"/>
            </w:tcBorders>
            <w:shd w:val="clear" w:color="auto" w:fill="DCEAF7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1440D16B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17365D"/>
                <w:sz w:val="15"/>
                <w:lang w:eastAsia="ja-JP"/>
              </w:rPr>
              <w:t>出版社・ウェブアドレス・見た日</w:t>
            </w:r>
          </w:p>
        </w:tc>
      </w:tr>
      <w:tr w:rsidR="00B43671" w:rsidRPr="0070442B" w14:paraId="4308C68D" w14:textId="77777777">
        <w:trPr>
          <w:jc w:val="center"/>
        </w:trPr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4CF9DD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16"/>
              </w:rPr>
              <w:t>1</w:t>
            </w: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1A709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5D705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ABE1F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618DB03F" w14:textId="77777777">
        <w:trPr>
          <w:jc w:val="center"/>
        </w:trPr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B5F8CC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16"/>
              </w:rPr>
              <w:t>2</w:t>
            </w: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16815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6C377A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99137E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0D505D54" w14:textId="77777777">
        <w:trPr>
          <w:jc w:val="center"/>
        </w:trPr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AF5B2C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16"/>
              </w:rPr>
              <w:t>3</w:t>
            </w: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496B3E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A41593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DC5908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77CF4B59" w14:textId="77777777">
        <w:trPr>
          <w:jc w:val="center"/>
        </w:trPr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1915B0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16"/>
              </w:rPr>
              <w:t>4</w:t>
            </w: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61E74A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F2E05F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9651D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28F62BD1" w14:textId="77777777">
        <w:trPr>
          <w:jc w:val="center"/>
        </w:trPr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8A7AC8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16"/>
              </w:rPr>
              <w:t>5</w:t>
            </w: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95489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0F6F7A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3456E4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  <w:tr w:rsidR="00B43671" w:rsidRPr="0070442B" w14:paraId="1BB1965A" w14:textId="77777777">
        <w:trPr>
          <w:jc w:val="center"/>
        </w:trPr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FBB33E" w14:textId="77777777" w:rsidR="00B43671" w:rsidRPr="0070442B" w:rsidRDefault="00000000">
            <w:pPr>
              <w:jc w:val="center"/>
              <w:rPr>
                <w:rFonts w:ascii="ヒラギノ丸ゴ Pro W4" w:eastAsia="ヒラギノ丸ゴ Pro W4" w:hAnsi="ヒラギノ丸ゴ Pro W4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2F75B5"/>
                <w:sz w:val="16"/>
              </w:rPr>
              <w:t>6</w:t>
            </w: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17FB7D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179319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  <w:tc>
          <w:tcPr>
            <w:tcW w:w="2594" w:type="dxa"/>
            <w:tcBorders>
              <w:top w:val="single" w:sz="5" w:space="0" w:color="C7D5E2"/>
              <w:left w:val="single" w:sz="5" w:space="0" w:color="C7D5E2"/>
              <w:bottom w:val="single" w:sz="5" w:space="0" w:color="C7D5E2"/>
              <w:right w:val="single" w:sz="5" w:space="0" w:color="C7D5E2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72F1C2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06E1C7F3" w14:textId="77777777" w:rsidR="00B43671" w:rsidRPr="0070442B" w:rsidRDefault="00B43671">
      <w:pPr>
        <w:spacing w:after="60"/>
        <w:rPr>
          <w:rFonts w:ascii="ヒラギノ丸ゴ Pro W4" w:eastAsia="ヒラギノ丸ゴ Pro W4" w:hAnsi="ヒラギノ丸ゴ Pro W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43671" w:rsidRPr="0070442B" w14:paraId="68E4CF66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C0732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5577C836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2F75B5"/>
                    <w:left w:val="single" w:sz="8" w:space="0" w:color="2F75B5"/>
                    <w:bottom w:val="single" w:sz="8" w:space="0" w:color="2F75B5"/>
                    <w:right w:val="single" w:sz="8" w:space="0" w:color="2F75B5"/>
                  </w:tcBorders>
                  <w:shd w:val="clear" w:color="auto" w:fill="2F75B5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580F13CF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作者紹介</w:t>
                  </w:r>
                  <w:r w:rsidRPr="0070442B">
                    <w:rPr>
                      <w:rFonts w:ascii="ヒラギノ丸ゴ Pro W4" w:eastAsia="ヒラギノ丸ゴ Pro W4" w:hAnsi="ヒラギノ丸ゴ Pro W4"/>
                      <w:color w:val="FFFFFF"/>
                      <w:sz w:val="14"/>
                      <w:lang w:eastAsia="ja-JP"/>
                    </w:rPr>
                    <w:t xml:space="preserve">　好きなこと、研究した理由など</w:t>
                  </w:r>
                </w:p>
              </w:tc>
            </w:tr>
            <w:tr w:rsidR="00B43671" w:rsidRPr="0070442B" w14:paraId="4F846B8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6F489B8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0E436891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261EFFA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21F943B4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B0F388D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0F76C8DB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dotted" w:sz="5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2A718FE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4880181E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2F75B5"/>
                    <w:bottom w:val="single" w:sz="7" w:space="0" w:color="C7D9E8"/>
                    <w:right w:val="single" w:sz="7" w:space="0" w:color="2F75B5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5B04215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752A06FE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5B4524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8"/>
            </w:tblGrid>
            <w:tr w:rsidR="00B43671" w:rsidRPr="0070442B" w14:paraId="78197CEE" w14:textId="77777777">
              <w:trPr>
                <w:trHeight w:hRule="exact" w:val="454"/>
              </w:trPr>
              <w:tc>
                <w:tcPr>
                  <w:tcW w:w="5188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4F81BD"/>
                  <w:tcMar>
                    <w:top w:w="35" w:type="dxa"/>
                    <w:left w:w="100" w:type="dxa"/>
                    <w:bottom w:w="35" w:type="dxa"/>
                    <w:right w:w="100" w:type="dxa"/>
                  </w:tcMar>
                </w:tcPr>
                <w:p w14:paraId="1078747C" w14:textId="77777777" w:rsidR="00B43671" w:rsidRPr="0070442B" w:rsidRDefault="00000000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  <w:r w:rsidRPr="0070442B">
                    <w:rPr>
                      <w:rFonts w:ascii="ヒラギノ丸ゴ Pro W4" w:eastAsia="ヒラギノ丸ゴ Pro W4" w:hAnsi="ヒラギノ丸ゴ Pro W4"/>
                      <w:b/>
                      <w:color w:val="FFFFFF"/>
                      <w:sz w:val="20"/>
                      <w:lang w:eastAsia="ja-JP"/>
                    </w:rPr>
                    <w:t>お世話になった人・ありがとう</w:t>
                  </w:r>
                  <w:r w:rsidRPr="0070442B">
                    <w:rPr>
                      <w:rFonts w:ascii="ヒラギノ丸ゴ Pro W4" w:eastAsia="ヒラギノ丸ゴ Pro W4" w:hAnsi="ヒラギノ丸ゴ Pro W4"/>
                      <w:color w:val="FFFFFF"/>
                      <w:sz w:val="14"/>
                      <w:lang w:eastAsia="ja-JP"/>
                    </w:rPr>
                    <w:t xml:space="preserve">　取材・協力してくれた人</w:t>
                  </w:r>
                </w:p>
              </w:tc>
            </w:tr>
            <w:tr w:rsidR="00B43671" w:rsidRPr="0070442B" w14:paraId="53204637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04DAA608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655E79CC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1832867F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097ABA88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747361C5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30BF4A73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dotted" w:sz="5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44529F8A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  <w:tr w:rsidR="00B43671" w:rsidRPr="0070442B" w14:paraId="1F3A5A25" w14:textId="77777777">
              <w:trPr>
                <w:trHeight w:hRule="exact" w:val="522"/>
              </w:trPr>
              <w:tc>
                <w:tcPr>
                  <w:tcW w:w="5188" w:type="dxa"/>
                  <w:tcBorders>
                    <w:left w:val="single" w:sz="7" w:space="0" w:color="4F81BD"/>
                    <w:bottom w:val="single" w:sz="7" w:space="0" w:color="C7D9E8"/>
                    <w:right w:val="single" w:sz="7" w:space="0" w:color="4F81BD"/>
                  </w:tcBorders>
                  <w:tcMar>
                    <w:top w:w="30" w:type="dxa"/>
                    <w:left w:w="70" w:type="dxa"/>
                    <w:bottom w:w="20" w:type="dxa"/>
                    <w:right w:w="70" w:type="dxa"/>
                  </w:tcMar>
                </w:tcPr>
                <w:p w14:paraId="3597E509" w14:textId="77777777" w:rsidR="00B43671" w:rsidRPr="0070442B" w:rsidRDefault="00B43671">
                  <w:pPr>
                    <w:rPr>
                      <w:rFonts w:ascii="ヒラギノ丸ゴ Pro W4" w:eastAsia="ヒラギノ丸ゴ Pro W4" w:hAnsi="ヒラギノ丸ゴ Pro W4"/>
                      <w:lang w:eastAsia="ja-JP"/>
                    </w:rPr>
                  </w:pPr>
                </w:p>
              </w:tc>
            </w:tr>
          </w:tbl>
          <w:p w14:paraId="1CA1090C" w14:textId="77777777" w:rsidR="00B43671" w:rsidRPr="0070442B" w:rsidRDefault="00B43671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2CF5652E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43671" w:rsidRPr="0070442B" w14:paraId="31D6705F" w14:textId="77777777">
        <w:trPr>
          <w:trHeight w:hRule="exact" w:val="454"/>
          <w:jc w:val="center"/>
        </w:trPr>
        <w:tc>
          <w:tcPr>
            <w:tcW w:w="10376" w:type="dxa"/>
            <w:tcBorders>
              <w:top w:val="single" w:sz="10" w:space="0" w:color="2F75B5"/>
              <w:left w:val="single" w:sz="10" w:space="0" w:color="2F75B5"/>
              <w:bottom w:val="single" w:sz="10" w:space="0" w:color="2F75B5"/>
              <w:right w:val="single" w:sz="10" w:space="0" w:color="2F75B5"/>
            </w:tcBorders>
            <w:shd w:val="clear" w:color="auto" w:fill="2F75B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D37697B" w14:textId="77777777" w:rsidR="00B43671" w:rsidRPr="0070442B" w:rsidRDefault="00000000">
            <w:pPr>
              <w:rPr>
                <w:rFonts w:ascii="ヒラギノ丸ゴ Pro W4" w:eastAsia="ヒラギノ丸ゴ Pro W4" w:hAnsi="ヒラギノ丸ゴ Pro W4"/>
                <w:lang w:eastAsia="ja-JP"/>
              </w:rPr>
            </w:pPr>
            <w:r w:rsidRPr="0070442B">
              <w:rPr>
                <w:rFonts w:ascii="ヒラギノ丸ゴ Pro W4" w:eastAsia="ヒラギノ丸ゴ Pro W4" w:hAnsi="ヒラギノ丸ゴ Pro W4"/>
                <w:b/>
                <w:color w:val="FFFFFF"/>
                <w:sz w:val="22"/>
                <w:lang w:eastAsia="ja-JP"/>
              </w:rPr>
              <w:t>奥付</w:t>
            </w:r>
            <w:r w:rsidRPr="0070442B">
              <w:rPr>
                <w:rFonts w:ascii="ヒラギノ丸ゴ Pro W4" w:eastAsia="ヒラギノ丸ゴ Pro W4" w:hAnsi="ヒラギノ丸ゴ Pro W4"/>
                <w:color w:val="FFFFFF"/>
                <w:sz w:val="16"/>
                <w:lang w:eastAsia="ja-JP"/>
              </w:rPr>
              <w:t xml:space="preserve">　タイトル／作者／完成日／学校・学年</w:t>
            </w:r>
          </w:p>
        </w:tc>
      </w:tr>
      <w:tr w:rsidR="00B43671" w:rsidRPr="0070442B" w14:paraId="797A30ED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0AA1BA7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6149B1F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5FB3F6EC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36732034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2F75B5"/>
              <w:bottom w:val="dotted" w:sz="6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2F8FB081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  <w:tr w:rsidR="00B43671" w:rsidRPr="0070442B" w14:paraId="1DAED205" w14:textId="77777777">
        <w:trPr>
          <w:trHeight w:hRule="exact" w:val="468"/>
          <w:jc w:val="center"/>
        </w:trPr>
        <w:tc>
          <w:tcPr>
            <w:tcW w:w="10376" w:type="dxa"/>
            <w:tcBorders>
              <w:left w:val="single" w:sz="8" w:space="0" w:color="2F75B5"/>
              <w:bottom w:val="single" w:sz="8" w:space="0" w:color="B7C9DB"/>
              <w:right w:val="single" w:sz="8" w:space="0" w:color="2F75B5"/>
            </w:tcBorders>
            <w:tcMar>
              <w:top w:w="40" w:type="dxa"/>
              <w:left w:w="100" w:type="dxa"/>
              <w:bottom w:w="20" w:type="dxa"/>
              <w:right w:w="100" w:type="dxa"/>
            </w:tcMar>
          </w:tcPr>
          <w:p w14:paraId="79A72E79" w14:textId="77777777" w:rsidR="00B43671" w:rsidRPr="0070442B" w:rsidRDefault="00B43671">
            <w:pPr>
              <w:spacing w:line="240" w:lineRule="auto"/>
              <w:rPr>
                <w:rFonts w:ascii="ヒラギノ丸ゴ Pro W4" w:eastAsia="ヒラギノ丸ゴ Pro W4" w:hAnsi="ヒラギノ丸ゴ Pro W4"/>
                <w:lang w:eastAsia="ja-JP"/>
              </w:rPr>
            </w:pPr>
          </w:p>
        </w:tc>
      </w:tr>
    </w:tbl>
    <w:p w14:paraId="56BBB93F" w14:textId="77777777" w:rsidR="00B43671" w:rsidRPr="0070442B" w:rsidRDefault="00B43671">
      <w:pPr>
        <w:spacing w:after="20"/>
        <w:rPr>
          <w:rFonts w:ascii="ヒラギノ丸ゴ Pro W4" w:eastAsia="ヒラギノ丸ゴ Pro W4" w:hAnsi="ヒラギノ丸ゴ Pro W4"/>
          <w:lang w:eastAsia="ja-JP"/>
        </w:rPr>
      </w:pPr>
    </w:p>
    <w:p w14:paraId="7ABE7EE6" w14:textId="2C32D821" w:rsidR="00B43671" w:rsidRPr="00D54423" w:rsidRDefault="00A367A0">
      <w:pPr>
        <w:spacing w:before="120" w:line="240" w:lineRule="auto"/>
        <w:jc w:val="center"/>
        <w:rPr>
          <w:rFonts w:ascii="ヒラギノ丸ゴ Pro W4" w:eastAsia="ヒラギノ丸ゴ Pro W4" w:hAnsi="ヒラギノ丸ゴ Pro W4"/>
          <w:color w:val="EE17DC"/>
          <w:lang w:eastAsia="ja-JP"/>
        </w:rPr>
      </w:pPr>
      <w:r w:rsidRPr="00D54423">
        <w:rPr>
          <w:rFonts w:ascii="ヒラギノ丸ゴ Pro W4" w:eastAsia="ヒラギノ丸ゴ Pro W4" w:hAnsi="ヒラギノ丸ゴ Pro W4" w:hint="eastAsia"/>
          <w:b/>
          <w:color w:val="EE17DC"/>
          <w:sz w:val="20"/>
          <w:lang w:eastAsia="ja-JP"/>
        </w:rPr>
        <w:t>がんばったね！</w:t>
      </w:r>
      <w:r w:rsidRPr="00D54423">
        <w:rPr>
          <w:rFonts w:ascii="ヒラギノ丸ゴ Pro W4" w:eastAsia="ヒラギノ丸ゴ Pro W4" w:hAnsi="ヒラギノ丸ゴ Pro W4"/>
          <w:b/>
          <w:color w:val="EE17DC"/>
          <w:sz w:val="20"/>
          <w:lang w:eastAsia="ja-JP"/>
        </w:rPr>
        <w:t>あなたの「問い」から、一冊の本ができました。</w:t>
      </w:r>
    </w:p>
    <w:p w14:paraId="791735A9" w14:textId="359A25DB" w:rsidR="00B43671" w:rsidRPr="00D54423" w:rsidRDefault="00B43671">
      <w:pPr>
        <w:spacing w:before="80" w:line="240" w:lineRule="auto"/>
        <w:jc w:val="center"/>
        <w:rPr>
          <w:rFonts w:ascii="ヒラギノ丸ゴ Pro W4" w:eastAsia="ヒラギノ丸ゴ Pro W4" w:hAnsi="ヒラギノ丸ゴ Pro W4"/>
          <w:color w:val="EE17DC"/>
          <w:lang w:eastAsia="ja-JP"/>
        </w:rPr>
      </w:pPr>
    </w:p>
    <w:sectPr w:rsidR="00B43671" w:rsidRPr="00D54423" w:rsidSect="00A367A0">
      <w:footerReference w:type="even" r:id="rId8"/>
      <w:footerReference w:type="default" r:id="rId9"/>
      <w:pgSz w:w="11906" w:h="16838"/>
      <w:pgMar w:top="851" w:right="766" w:bottom="851" w:left="766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C428F3" w14:textId="77777777" w:rsidR="007279C6" w:rsidRDefault="007279C6">
      <w:pPr>
        <w:spacing w:line="240" w:lineRule="auto"/>
      </w:pPr>
      <w:r>
        <w:separator/>
      </w:r>
    </w:p>
  </w:endnote>
  <w:endnote w:type="continuationSeparator" w:id="0">
    <w:p w14:paraId="667E3064" w14:textId="77777777" w:rsidR="007279C6" w:rsidRDefault="00727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JP">
    <w:altName w:val="Arial Unicode MS"/>
    <w:panose1 w:val="020B0604020202020204"/>
    <w:charset w:val="80"/>
    <w:family w:val="swiss"/>
    <w:notTrueType/>
    <w:pitch w:val="variable"/>
    <w:sig w:usb0="30000083" w:usb1="2BDF3C10" w:usb2="00000016" w:usb3="00000000" w:csb0="002E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ヒラギノ丸ゴ Pro W4">
    <w:altName w:val="Yu Gothic"/>
    <w:panose1 w:val="020F0400000000000000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f"/>
      </w:rPr>
      <w:id w:val="385304765"/>
      <w:docPartObj>
        <w:docPartGallery w:val="Page Numbers (Bottom of Page)"/>
        <w:docPartUnique/>
      </w:docPartObj>
    </w:sdtPr>
    <w:sdtContent>
      <w:p w14:paraId="69DF0C7A" w14:textId="5813D268" w:rsidR="00B64B6C" w:rsidRDefault="00B64B6C" w:rsidP="007369BE">
        <w:pPr>
          <w:pStyle w:val="a7"/>
          <w:framePr w:wrap="none" w:vAnchor="text" w:hAnchor="margin" w:xAlign="center" w:y="1"/>
          <w:rPr>
            <w:rStyle w:val="aff"/>
          </w:rPr>
        </w:pPr>
        <w:r>
          <w:rPr>
            <w:rStyle w:val="aff"/>
          </w:rPr>
          <w:fldChar w:fldCharType="begin"/>
        </w:r>
        <w:r>
          <w:rPr>
            <w:rStyle w:val="aff"/>
          </w:rPr>
          <w:instrText xml:space="preserve"> PAGE </w:instrText>
        </w:r>
        <w:r>
          <w:rPr>
            <w:rStyle w:val="aff"/>
          </w:rPr>
          <w:fldChar w:fldCharType="separate"/>
        </w:r>
        <w:r>
          <w:rPr>
            <w:rStyle w:val="aff"/>
          </w:rPr>
          <w:fldChar w:fldCharType="end"/>
        </w:r>
      </w:p>
    </w:sdtContent>
  </w:sdt>
  <w:p w14:paraId="7F689312" w14:textId="77777777" w:rsidR="00B64B6C" w:rsidRDefault="00B64B6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f"/>
      </w:rPr>
      <w:id w:val="-1144354795"/>
      <w:docPartObj>
        <w:docPartGallery w:val="Page Numbers (Bottom of Page)"/>
        <w:docPartUnique/>
      </w:docPartObj>
    </w:sdtPr>
    <w:sdtContent>
      <w:p w14:paraId="663E0F76" w14:textId="7D2A1391" w:rsidR="00B64B6C" w:rsidRDefault="00B64B6C" w:rsidP="007369BE">
        <w:pPr>
          <w:pStyle w:val="a7"/>
          <w:framePr w:wrap="none" w:vAnchor="text" w:hAnchor="margin" w:xAlign="center" w:y="1"/>
          <w:rPr>
            <w:rStyle w:val="aff"/>
            <w:lang w:eastAsia="ja-JP"/>
          </w:rPr>
        </w:pPr>
        <w:r>
          <w:rPr>
            <w:rStyle w:val="aff"/>
          </w:rPr>
          <w:fldChar w:fldCharType="begin"/>
        </w:r>
        <w:r>
          <w:rPr>
            <w:rStyle w:val="aff"/>
            <w:lang w:eastAsia="ja-JP"/>
          </w:rPr>
          <w:instrText xml:space="preserve"> PAGE </w:instrText>
        </w:r>
        <w:r>
          <w:rPr>
            <w:rStyle w:val="aff"/>
          </w:rPr>
          <w:fldChar w:fldCharType="separate"/>
        </w:r>
        <w:r>
          <w:rPr>
            <w:rStyle w:val="aff"/>
            <w:noProof/>
            <w:lang w:eastAsia="ja-JP"/>
          </w:rPr>
          <w:t>3</w:t>
        </w:r>
        <w:r>
          <w:rPr>
            <w:rStyle w:val="aff"/>
          </w:rPr>
          <w:fldChar w:fldCharType="end"/>
        </w:r>
      </w:p>
    </w:sdtContent>
  </w:sdt>
  <w:p w14:paraId="2289F685" w14:textId="77777777" w:rsidR="00B43671" w:rsidRPr="00A367A0" w:rsidRDefault="00000000">
    <w:pPr>
      <w:pStyle w:val="a7"/>
      <w:rPr>
        <w:rFonts w:ascii="ヒラギノ丸ゴ Pro W4" w:eastAsia="ヒラギノ丸ゴ Pro W4" w:hAnsi="ヒラギノ丸ゴ Pro W4"/>
        <w:lang w:eastAsia="ja-JP"/>
      </w:rPr>
    </w:pPr>
    <w:r w:rsidRPr="00A367A0">
      <w:rPr>
        <w:rFonts w:ascii="ヒラギノ丸ゴ Pro W4" w:eastAsia="ヒラギノ丸ゴ Pro W4" w:hAnsi="ヒラギノ丸ゴ Pro W4"/>
        <w:color w:val="2F75B5"/>
        <w:sz w:val="14"/>
        <w:lang w:eastAsia="ja-JP"/>
      </w:rPr>
      <w:t>なるほど！エージェント  |  調べる学習ブック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DE7CB9" w14:textId="77777777" w:rsidR="007279C6" w:rsidRDefault="007279C6">
      <w:pPr>
        <w:spacing w:line="240" w:lineRule="auto"/>
      </w:pPr>
      <w:r>
        <w:separator/>
      </w:r>
    </w:p>
  </w:footnote>
  <w:footnote w:type="continuationSeparator" w:id="0">
    <w:p w14:paraId="689EDEA1" w14:textId="77777777" w:rsidR="007279C6" w:rsidRDefault="007279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1213602">
    <w:abstractNumId w:val="8"/>
  </w:num>
  <w:num w:numId="2" w16cid:durableId="1786734486">
    <w:abstractNumId w:val="6"/>
  </w:num>
  <w:num w:numId="3" w16cid:durableId="1902667784">
    <w:abstractNumId w:val="5"/>
  </w:num>
  <w:num w:numId="4" w16cid:durableId="999307423">
    <w:abstractNumId w:val="4"/>
  </w:num>
  <w:num w:numId="5" w16cid:durableId="1492479364">
    <w:abstractNumId w:val="7"/>
  </w:num>
  <w:num w:numId="6" w16cid:durableId="112751459">
    <w:abstractNumId w:val="3"/>
  </w:num>
  <w:num w:numId="7" w16cid:durableId="1064568774">
    <w:abstractNumId w:val="2"/>
  </w:num>
  <w:num w:numId="8" w16cid:durableId="1002125364">
    <w:abstractNumId w:val="1"/>
  </w:num>
  <w:num w:numId="9" w16cid:durableId="14275308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F27"/>
    <w:rsid w:val="0006063C"/>
    <w:rsid w:val="000A1C09"/>
    <w:rsid w:val="000B0522"/>
    <w:rsid w:val="000D77F0"/>
    <w:rsid w:val="0015074B"/>
    <w:rsid w:val="00273F3E"/>
    <w:rsid w:val="0029639D"/>
    <w:rsid w:val="00326F90"/>
    <w:rsid w:val="004156C3"/>
    <w:rsid w:val="005243A6"/>
    <w:rsid w:val="00563763"/>
    <w:rsid w:val="005E54B3"/>
    <w:rsid w:val="0070442B"/>
    <w:rsid w:val="007279C6"/>
    <w:rsid w:val="00742452"/>
    <w:rsid w:val="0077518E"/>
    <w:rsid w:val="007A4BB5"/>
    <w:rsid w:val="00880C23"/>
    <w:rsid w:val="00976919"/>
    <w:rsid w:val="009B2D33"/>
    <w:rsid w:val="00A367A0"/>
    <w:rsid w:val="00A551FA"/>
    <w:rsid w:val="00AA148B"/>
    <w:rsid w:val="00AA1D8D"/>
    <w:rsid w:val="00B43671"/>
    <w:rsid w:val="00B47730"/>
    <w:rsid w:val="00B64B6C"/>
    <w:rsid w:val="00BF470E"/>
    <w:rsid w:val="00C0754F"/>
    <w:rsid w:val="00CB0664"/>
    <w:rsid w:val="00D54423"/>
    <w:rsid w:val="00D71C35"/>
    <w:rsid w:val="00E21B41"/>
    <w:rsid w:val="00E75AE2"/>
    <w:rsid w:val="00E85090"/>
    <w:rsid w:val="00E85C08"/>
    <w:rsid w:val="00F802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EE60DC"/>
  <w14:defaultImageDpi w14:val="300"/>
  <w15:docId w15:val="{D1B732F0-1C1E-0F41-A15C-07F4960B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Noto Sans CJK JP" w:eastAsia="Noto Sans CJK JP" w:hAnsi="Noto Sans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225788" w:themeColor="accent4" w:themeShade="BF"/>
    </w:rPr>
    <w:tblPr>
      <w:tblStyleRowBandSize w:val="1"/>
      <w:tblStyleColBandSize w:val="1"/>
      <w:tblBorders>
        <w:top w:val="single" w:sz="8" w:space="0" w:color="2E75B6" w:themeColor="accent4"/>
        <w:bottom w:val="single" w:sz="8" w:space="0" w:color="2E75B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75B6" w:themeColor="accent4"/>
          <w:left w:val="nil"/>
          <w:bottom w:val="single" w:sz="8" w:space="0" w:color="2E75B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75B6" w:themeColor="accent4"/>
          <w:left w:val="nil"/>
          <w:bottom w:val="single" w:sz="8" w:space="0" w:color="2E75B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D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DCF1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75B6" w:themeColor="accent4"/>
        <w:left w:val="single" w:sz="8" w:space="0" w:color="2E75B6" w:themeColor="accent4"/>
        <w:bottom w:val="single" w:sz="8" w:space="0" w:color="2E75B6" w:themeColor="accent4"/>
        <w:right w:val="single" w:sz="8" w:space="0" w:color="2E75B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75B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</w:tcBorders>
      </w:tcPr>
    </w:tblStylePr>
    <w:tblStylePr w:type="band1Horz"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75B6" w:themeColor="accent4"/>
        <w:left w:val="single" w:sz="8" w:space="0" w:color="2E75B6" w:themeColor="accent4"/>
        <w:bottom w:val="single" w:sz="8" w:space="0" w:color="2E75B6" w:themeColor="accent4"/>
        <w:right w:val="single" w:sz="8" w:space="0" w:color="2E75B6" w:themeColor="accent4"/>
        <w:insideH w:val="single" w:sz="8" w:space="0" w:color="2E75B6" w:themeColor="accent4"/>
        <w:insideV w:val="single" w:sz="8" w:space="0" w:color="2E75B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18" w:space="0" w:color="2E75B6" w:themeColor="accent4"/>
          <w:right w:val="single" w:sz="8" w:space="0" w:color="2E75B6" w:themeColor="accent4"/>
          <w:insideH w:val="nil"/>
          <w:insideV w:val="single" w:sz="8" w:space="0" w:color="2E75B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  <w:insideH w:val="nil"/>
          <w:insideV w:val="single" w:sz="8" w:space="0" w:color="2E75B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</w:tcBorders>
      </w:tcPr>
    </w:tblStylePr>
    <w:tblStylePr w:type="band1Vert"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</w:tcBorders>
        <w:shd w:val="clear" w:color="auto" w:fill="C7DCF1" w:themeFill="accent4" w:themeFillTint="3F"/>
      </w:tcPr>
    </w:tblStylePr>
    <w:tblStylePr w:type="band1Horz"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  <w:insideV w:val="single" w:sz="8" w:space="0" w:color="2E75B6" w:themeColor="accent4"/>
        </w:tcBorders>
        <w:shd w:val="clear" w:color="auto" w:fill="C7DCF1" w:themeFill="accent4" w:themeFillTint="3F"/>
      </w:tcPr>
    </w:tblStylePr>
    <w:tblStylePr w:type="band2Horz">
      <w:tblPr/>
      <w:tcPr>
        <w:tcBorders>
          <w:top w:val="single" w:sz="8" w:space="0" w:color="2E75B6" w:themeColor="accent4"/>
          <w:left w:val="single" w:sz="8" w:space="0" w:color="2E75B6" w:themeColor="accent4"/>
          <w:bottom w:val="single" w:sz="8" w:space="0" w:color="2E75B6" w:themeColor="accent4"/>
          <w:right w:val="single" w:sz="8" w:space="0" w:color="2E75B6" w:themeColor="accent4"/>
          <w:insideV w:val="single" w:sz="8" w:space="0" w:color="2E75B6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698D4" w:themeColor="accent4" w:themeTint="BF"/>
        <w:left w:val="single" w:sz="8" w:space="0" w:color="5698D4" w:themeColor="accent4" w:themeTint="BF"/>
        <w:bottom w:val="single" w:sz="8" w:space="0" w:color="5698D4" w:themeColor="accent4" w:themeTint="BF"/>
        <w:right w:val="single" w:sz="8" w:space="0" w:color="5698D4" w:themeColor="accent4" w:themeTint="BF"/>
        <w:insideH w:val="single" w:sz="8" w:space="0" w:color="5698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98D4" w:themeColor="accent4" w:themeTint="BF"/>
          <w:left w:val="single" w:sz="8" w:space="0" w:color="5698D4" w:themeColor="accent4" w:themeTint="BF"/>
          <w:bottom w:val="single" w:sz="8" w:space="0" w:color="5698D4" w:themeColor="accent4" w:themeTint="BF"/>
          <w:right w:val="single" w:sz="8" w:space="0" w:color="5698D4" w:themeColor="accent4" w:themeTint="BF"/>
          <w:insideH w:val="nil"/>
          <w:insideV w:val="nil"/>
        </w:tcBorders>
        <w:shd w:val="clear" w:color="auto" w:fill="2E75B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98D4" w:themeColor="accent4" w:themeTint="BF"/>
          <w:left w:val="single" w:sz="8" w:space="0" w:color="5698D4" w:themeColor="accent4" w:themeTint="BF"/>
          <w:bottom w:val="single" w:sz="8" w:space="0" w:color="5698D4" w:themeColor="accent4" w:themeTint="BF"/>
          <w:right w:val="single" w:sz="8" w:space="0" w:color="5698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D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75B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75B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75B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E75B6" w:themeColor="accent4"/>
        <w:bottom w:val="single" w:sz="8" w:space="0" w:color="2E75B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75B6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E75B6" w:themeColor="accent4"/>
          <w:bottom w:val="single" w:sz="8" w:space="0" w:color="2E75B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75B6" w:themeColor="accent4"/>
          <w:bottom w:val="single" w:sz="8" w:space="0" w:color="2E75B6" w:themeColor="accent4"/>
        </w:tcBorders>
      </w:tcPr>
    </w:tblStylePr>
    <w:tblStylePr w:type="band1Vert">
      <w:tblPr/>
      <w:tcPr>
        <w:shd w:val="clear" w:color="auto" w:fill="C7DCF1" w:themeFill="accent4" w:themeFillTint="3F"/>
      </w:tcPr>
    </w:tblStylePr>
    <w:tblStylePr w:type="band1Horz">
      <w:tblPr/>
      <w:tcPr>
        <w:shd w:val="clear" w:color="auto" w:fill="C7DCF1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75B6" w:themeColor="accent4"/>
        <w:left w:val="single" w:sz="8" w:space="0" w:color="2E75B6" w:themeColor="accent4"/>
        <w:bottom w:val="single" w:sz="8" w:space="0" w:color="2E75B6" w:themeColor="accent4"/>
        <w:right w:val="single" w:sz="8" w:space="0" w:color="2E75B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75B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75B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75B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75B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D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D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698D4" w:themeColor="accent4" w:themeTint="BF"/>
        <w:left w:val="single" w:sz="8" w:space="0" w:color="5698D4" w:themeColor="accent4" w:themeTint="BF"/>
        <w:bottom w:val="single" w:sz="8" w:space="0" w:color="5698D4" w:themeColor="accent4" w:themeTint="BF"/>
        <w:right w:val="single" w:sz="8" w:space="0" w:color="5698D4" w:themeColor="accent4" w:themeTint="BF"/>
        <w:insideH w:val="single" w:sz="8" w:space="0" w:color="5698D4" w:themeColor="accent4" w:themeTint="BF"/>
        <w:insideV w:val="single" w:sz="8" w:space="0" w:color="5698D4" w:themeColor="accent4" w:themeTint="BF"/>
      </w:tblBorders>
    </w:tblPr>
    <w:tcPr>
      <w:shd w:val="clear" w:color="auto" w:fill="C7D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98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BAE2" w:themeFill="accent4" w:themeFillTint="7F"/>
      </w:tcPr>
    </w:tblStylePr>
    <w:tblStylePr w:type="band1Horz">
      <w:tblPr/>
      <w:tcPr>
        <w:shd w:val="clear" w:color="auto" w:fill="8EBAE2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75B6" w:themeColor="accent4"/>
        <w:left w:val="single" w:sz="8" w:space="0" w:color="2E75B6" w:themeColor="accent4"/>
        <w:bottom w:val="single" w:sz="8" w:space="0" w:color="2E75B6" w:themeColor="accent4"/>
        <w:right w:val="single" w:sz="8" w:space="0" w:color="2E75B6" w:themeColor="accent4"/>
        <w:insideH w:val="single" w:sz="8" w:space="0" w:color="2E75B6" w:themeColor="accent4"/>
        <w:insideV w:val="single" w:sz="8" w:space="0" w:color="2E75B6" w:themeColor="accent4"/>
      </w:tblBorders>
    </w:tblPr>
    <w:tcPr>
      <w:shd w:val="clear" w:color="auto" w:fill="C7D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1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3F3" w:themeFill="accent4" w:themeFillTint="33"/>
      </w:tcPr>
    </w:tblStylePr>
    <w:tblStylePr w:type="band1Vert">
      <w:tblPr/>
      <w:tcPr>
        <w:shd w:val="clear" w:color="auto" w:fill="8EBAE2" w:themeFill="accent4" w:themeFillTint="7F"/>
      </w:tcPr>
    </w:tblStylePr>
    <w:tblStylePr w:type="band1Horz">
      <w:tblPr/>
      <w:tcPr>
        <w:tcBorders>
          <w:insideH w:val="single" w:sz="6" w:space="0" w:color="2E75B6" w:themeColor="accent4"/>
          <w:insideV w:val="single" w:sz="6" w:space="0" w:color="2E75B6" w:themeColor="accent4"/>
        </w:tcBorders>
        <w:shd w:val="clear" w:color="auto" w:fill="8EBA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D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75B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75B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75B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75B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BA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BAE2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E75B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3A5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578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578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578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5788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E75B6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75B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2E75B6" w:themeColor="accent4"/>
        <w:bottom w:val="single" w:sz="4" w:space="0" w:color="2E75B6" w:themeColor="accent4"/>
        <w:right w:val="single" w:sz="4" w:space="0" w:color="2E75B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466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466D" w:themeColor="accent4" w:themeShade="99"/>
          <w:insideV w:val="nil"/>
        </w:tcBorders>
        <w:shd w:val="clear" w:color="auto" w:fill="1B466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466D" w:themeFill="accent4" w:themeFillShade="99"/>
      </w:tcPr>
    </w:tblStylePr>
    <w:tblStylePr w:type="band1Vert">
      <w:tblPr/>
      <w:tcPr>
        <w:shd w:val="clear" w:color="auto" w:fill="A4C7E8" w:themeFill="accent4" w:themeFillTint="66"/>
      </w:tcPr>
    </w:tblStylePr>
    <w:tblStylePr w:type="band1Horz">
      <w:tblPr/>
      <w:tcPr>
        <w:shd w:val="clear" w:color="auto" w:fill="8EBA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5D91" w:themeFill="accent4" w:themeFillShade="CC"/>
      </w:tcPr>
    </w:tblStylePr>
    <w:tblStylePr w:type="lastRow">
      <w:rPr>
        <w:b/>
        <w:bCs/>
        <w:color w:val="245D9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1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DCF1" w:themeFill="accent4" w:themeFillTint="3F"/>
      </w:tcPr>
    </w:tblStylePr>
    <w:tblStylePr w:type="band1Horz">
      <w:tblPr/>
      <w:tcPr>
        <w:shd w:val="clear" w:color="auto" w:fill="D1E3F3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3F3" w:themeFill="accent4" w:themeFillTint="33"/>
    </w:tcPr>
    <w:tblStylePr w:type="firstRow">
      <w:rPr>
        <w:b/>
        <w:bCs/>
      </w:rPr>
      <w:tblPr/>
      <w:tcPr>
        <w:shd w:val="clear" w:color="auto" w:fill="A4C7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C7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2578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25788" w:themeFill="accent4" w:themeFillShade="BF"/>
      </w:tcPr>
    </w:tblStylePr>
    <w:tblStylePr w:type="band1Vert">
      <w:tblPr/>
      <w:tcPr>
        <w:shd w:val="clear" w:color="auto" w:fill="8EBAE2" w:themeFill="accent4" w:themeFillTint="7F"/>
      </w:tcPr>
    </w:tblStylePr>
    <w:tblStylePr w:type="band1Horz">
      <w:tblPr/>
      <w:tcPr>
        <w:shd w:val="clear" w:color="auto" w:fill="8EBAE2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page number"/>
    <w:basedOn w:val="a2"/>
    <w:uiPriority w:val="99"/>
    <w:semiHidden/>
    <w:unhideWhenUsed/>
    <w:rsid w:val="00B64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2E75B6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16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なるほど！エージェント 本型調べ学習ブック 日本語見出し版</vt:lpstr>
      <vt:lpstr/>
    </vt:vector>
  </TitlesOfParts>
  <Manager/>
  <Company/>
  <LinksUpToDate>false</LinksUpToDate>
  <CharactersWithSpaces>3137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なるほど！エージェント 本型調べ学習ブック 日本語見出し版</dc:title>
  <dc:subject>小学生向け・本のようにまとめる調べ学習テンプレート（日本語見出し）</dc:subject>
  <dc:creator>python-docx</dc:creator>
  <cp:keywords>なるほどエージェント, 調べ学習, 自由研究, 小学生, 日本語, 第一章, 第二章</cp:keywords>
  <dc:description>generated by python-docx</dc:description>
  <cp:lastModifiedBy>り香 行正</cp:lastModifiedBy>
  <cp:revision>8</cp:revision>
  <dcterms:created xsi:type="dcterms:W3CDTF">2026-07-23T02:57:00Z</dcterms:created>
  <dcterms:modified xsi:type="dcterms:W3CDTF">2026-07-24T01:35:00Z</dcterms:modified>
  <cp:category/>
</cp:coreProperties>
</file>